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19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26.0pt;margin-top:459.57pt;width:4.16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24.0pt;margin-top:450.96pt;width:349.52pt;height:10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8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Art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8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]'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71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-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1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As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cláusulas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e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subcláusulas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adiante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passam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vigorar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com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1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seguinte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vedação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29.0pt;margin-top:633.65pt;width:3.0pt;height:4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6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6"/>
                    </w:rPr>
                    <w:t>S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412" w:after="0"/>
        <w:ind w:left="0" w:right="0"/>
      </w:pPr>
    </w:p>
    <w:tbl>
      <w:tblPr>
        <w:tblW w:type="auto" w:w="0"/>
        <w:tblInd w:type="dxa" w:w="6000"/>
        <w:tblLayout w:type="fixed"/>
        <w:tblLook w:firstColumn="1" w:firstRow="1" w:lastColumn="0" w:lastRow="0" w:noHBand="0" w:noVBand="1" w:val="04A0"/>
      </w:tblPr>
      <w:tblGrid>
        <w:gridCol w:w="3345"/>
        <w:gridCol w:w="3345"/>
        <w:gridCol w:w="3345"/>
      </w:tblGrid>
      <w:tr>
        <w:trPr>
          <w:trHeight w:hRule="exact" w:val="193"/>
        </w:trPr>
        <w:tc>
          <w:tcPr>
            <w:tcW w:type="dxa" w:w="136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Rubrica</w:t>
            </w:r>
          </w:p>
        </w:tc>
        <w:tc>
          <w:tcPr>
            <w:tcW w:type="dxa" w:w="110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3" w:after="0"/>
              <w:ind w:left="7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Fis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.</w:t>
            </w:r>
          </w:p>
        </w:tc>
        <w:tc>
          <w:tcPr>
            <w:tcW w:type="dxa" w:w="54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43" w:after="0"/>
              <w:ind w:left="5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q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ã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9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q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q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226" w:after="153"/>
        <w:ind w:left="60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Classif</w:t>
      </w:r>
      <w:r>
        <w:rPr>
          <w:rFonts w:ascii="Arial" w:hAnsi="Arial" w:eastAsia="Arial"/>
          <w:b w:val="0"/>
          <w:i w:val="0"/>
          <w:color w:val="000000"/>
          <w:sz w:val="18"/>
        </w:rPr>
        <w:t>.: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Arial" w:hAnsi="Arial" w:eastAsia="Arial"/>
          <w:b w:val="0"/>
          <w:i w:val="0"/>
          <w:color w:val="000000"/>
          <w:spacing w:val="860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'.</w:t>
      </w:r>
      <w:r>
        <w:rPr>
          <w:rFonts w:ascii="Times New Roman" w:hAnsi="Times New Roman" w:eastAsia="Times New Roman"/>
          <w:b w:val="0"/>
          <w:color w:val="000000"/>
          <w:spacing w:val="6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34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908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202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</w:p>
    <w:p>
      <w:pPr>
        <w:widowControl/>
        <w:wordWrap w:val="0"/>
        <w:autoSpaceDE w:val="0"/>
        <w:autoSpaceDN w:val="0"/>
        <w:spacing w:line="300" w:lineRule="exact" w:before="306" w:after="473"/>
        <w:ind w:left="21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30"/>
        </w:rPr>
        <w:t>GUARULHO</w:t>
      </w:r>
      <w:r>
        <w:rPr>
          <w:rFonts w:ascii="Arial" w:hAnsi="Arial" w:eastAsia="Arial"/>
          <w:b w:val="0"/>
          <w:i w:val="0"/>
          <w:color w:val="000000"/>
          <w:sz w:val="30"/>
        </w:rPr>
        <w:t>$</w:t>
      </w:r>
    </w:p>
    <w:p>
      <w:pPr>
        <w:widowControl/>
        <w:wordWrap w:val="0"/>
        <w:autoSpaceDE w:val="0"/>
        <w:autoSpaceDN w:val="0"/>
        <w:spacing w:line="240" w:lineRule="exact" w:before="947" w:after="20"/>
        <w:ind w:left="46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PREFEITURADEGUARULHOS</w:t>
      </w:r>
    </w:p>
    <w:p>
      <w:pPr>
        <w:widowControl/>
        <w:wordWrap w:val="0"/>
        <w:autoSpaceDE w:val="0"/>
        <w:autoSpaceDN w:val="0"/>
        <w:spacing w:line="240" w:lineRule="exact" w:before="40" w:after="142"/>
        <w:ind w:left="47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SECRETAR</w:t>
      </w:r>
      <w:r>
        <w:rPr>
          <w:rFonts w:ascii="Arial" w:hAnsi="Arial" w:eastAsia="Arial"/>
          <w:b w:val="0"/>
          <w:i w:val="0"/>
          <w:color w:val="000000"/>
          <w:sz w:val="24"/>
        </w:rPr>
        <w:t>]</w:t>
      </w:r>
      <w:r>
        <w:rPr>
          <w:rFonts w:ascii="Arial" w:hAnsi="Arial" w:eastAsia="Arial"/>
          <w:b w:val="0"/>
          <w:i w:val="0"/>
          <w:color w:val="000000"/>
          <w:sz w:val="24"/>
        </w:rPr>
        <w:t>ADEEDUCAÇÃO</w:t>
      </w:r>
    </w:p>
    <w:p>
      <w:pPr>
        <w:widowControl/>
        <w:wordWrap w:val="0"/>
        <w:autoSpaceDE w:val="0"/>
        <w:autoSpaceDN w:val="0"/>
        <w:spacing w:line="210" w:lineRule="exact" w:before="283" w:after="35"/>
        <w:ind w:left="39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TERMO</w:t>
      </w:r>
      <w:r>
        <w:rPr>
          <w:rFonts w:ascii="Times New Roman" w:hAnsi="Times New Roman" w:eastAsia="Times New Roman"/>
          <w:b w:val="0"/>
          <w:color w:val="000000"/>
          <w:spacing w:val="12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APOSTILAMENTO</w:t>
      </w:r>
      <w:r>
        <w:rPr>
          <w:rFonts w:ascii="Times New Roman" w:hAnsi="Times New Roman" w:eastAsia="Times New Roman"/>
          <w:b w:val="0"/>
          <w:color w:val="000000"/>
          <w:spacing w:val="26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N</w:t>
      </w:r>
      <w:r>
        <w:rPr>
          <w:rFonts w:ascii="Arial" w:hAnsi="Arial" w:eastAsia="Arial"/>
          <w:b w:val="0"/>
          <w:i w:val="0"/>
          <w:color w:val="000000"/>
          <w:sz w:val="21"/>
        </w:rPr>
        <w:t>'</w:t>
      </w:r>
      <w:r>
        <w:rPr>
          <w:rFonts w:ascii="Times New Roman" w:hAnsi="Times New Roman" w:eastAsia="Times New Roman"/>
          <w:b w:val="0"/>
          <w:color w:val="000000"/>
          <w:spacing w:val="5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OI</w:t>
      </w:r>
    </w:p>
    <w:p>
      <w:pPr>
        <w:spacing w:after="0"/>
        <w:sectPr>
          <w:pgSz w:w="11900" w:h="16840"/>
          <w:pgMar w:top="400" w:right="1324" w:bottom="733" w:left="540" w:header="720" w:footer="720" w:gutter="0"/>
          <w:cols w:space="720" w:num="1" w:equalWidth="0">
            <w:col w:w="1003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210" w:lineRule="exact" w:before="35" w:after="30"/>
        <w:ind w:left="28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AO</w:t>
      </w:r>
      <w:r>
        <w:rPr>
          <w:rFonts w:ascii="Times New Roman" w:hAnsi="Times New Roman" w:eastAsia="Times New Roman"/>
          <w:b w:val="0"/>
          <w:color w:val="000000"/>
          <w:spacing w:val="64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TEliMO</w:t>
      </w:r>
      <w:r>
        <w:rPr>
          <w:rFonts w:ascii="Times New Roman" w:hAnsi="Times New Roman" w:eastAsia="Times New Roman"/>
          <w:b w:val="0"/>
          <w:color w:val="000000"/>
          <w:spacing w:val="168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DE</w:t>
      </w:r>
      <w:r>
        <w:rPr>
          <w:rFonts w:ascii="Times New Roman" w:hAnsi="Times New Roman" w:eastAsia="Times New Roman"/>
          <w:b w:val="0"/>
          <w:color w:val="000000"/>
          <w:spacing w:val="3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COLABORAÇÃO</w:t>
      </w:r>
    </w:p>
    <w:p>
      <w:pPr>
        <w:spacing w:after="0" w:before="0"/>
        <w:sectPr>
          <w:type w:val="continuous"/>
          <w:pgSz w:w="11900" w:h="16840"/>
          <w:pgMar w:top="400" w:right="1324" w:bottom="733" w:left="540" w:header="720" w:footer="720" w:gutter="0"/>
          <w:cols w:space="720" w:num="2" w:equalWidth="0">
            <w:col w:w="6330" w:space="0"/>
            <w:col w:w="37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210" w:lineRule="exact" w:before="35" w:after="31"/>
        <w:ind w:left="9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N</w:t>
      </w:r>
      <w:r>
        <w:rPr>
          <w:rFonts w:ascii="Arial" w:hAnsi="Arial" w:eastAsia="Arial"/>
          <w:b w:val="0"/>
          <w:i w:val="0"/>
          <w:color w:val="000000"/>
          <w:sz w:val="21"/>
        </w:rPr>
        <w:t>'</w:t>
      </w:r>
      <w:r>
        <w:rPr>
          <w:rFonts w:ascii="Times New Roman" w:hAnsi="Times New Roman" w:eastAsia="Times New Roman"/>
          <w:b w:val="0"/>
          <w:color w:val="000000"/>
          <w:spacing w:val="5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002824</w:t>
      </w:r>
      <w:r>
        <w:rPr>
          <w:rFonts w:ascii="Arial" w:hAnsi="Arial" w:eastAsia="Arial"/>
          <w:b w:val="0"/>
          <w:i w:val="0"/>
          <w:color w:val="000000"/>
          <w:sz w:val="21"/>
        </w:rPr>
        <w:t>/</w:t>
      </w:r>
      <w:r>
        <w:rPr>
          <w:rFonts w:ascii="Arial" w:hAnsi="Arial" w:eastAsia="Arial"/>
          <w:b w:val="0"/>
          <w:i w:val="0"/>
          <w:color w:val="000000"/>
          <w:sz w:val="21"/>
        </w:rPr>
        <w:t>2021</w:t>
      </w:r>
      <w:r>
        <w:rPr>
          <w:rFonts w:ascii="Arial" w:hAnsi="Arial" w:eastAsia="Arial"/>
          <w:b w:val="0"/>
          <w:i w:val="0"/>
          <w:color w:val="000000"/>
          <w:sz w:val="21"/>
        </w:rPr>
        <w:t>-</w:t>
      </w:r>
      <w:r>
        <w:rPr>
          <w:rFonts w:ascii="Arial" w:hAnsi="Arial" w:eastAsia="Arial"/>
          <w:b w:val="0"/>
          <w:i w:val="0"/>
          <w:color w:val="000000"/>
          <w:sz w:val="21"/>
        </w:rPr>
        <w:t>SEBE</w:t>
      </w:r>
      <w:r>
        <w:rPr>
          <w:rFonts w:ascii="Arial" w:hAnsi="Arial" w:eastAsia="Arial"/>
          <w:b w:val="0"/>
          <w:i w:val="0"/>
          <w:color w:val="000000"/>
          <w:sz w:val="21"/>
        </w:rPr>
        <w:t>-</w:t>
      </w:r>
      <w:r>
        <w:rPr>
          <w:rFonts w:ascii="Arial" w:hAnsi="Arial" w:eastAsia="Arial"/>
          <w:b w:val="0"/>
          <w:i w:val="0"/>
          <w:color w:val="000000"/>
          <w:sz w:val="21"/>
        </w:rPr>
        <w:t>RPI</w:t>
      </w:r>
    </w:p>
    <w:p>
      <w:pPr>
        <w:spacing w:after="0"/>
        <w:sectPr>
          <w:type w:val="nextColumn"/>
          <w:pgSz w:w="11900" w:h="16840"/>
          <w:pgMar w:top="400" w:right="1324" w:bottom="733" w:left="540" w:header="720" w:footer="720" w:gutter="0"/>
          <w:cols w:space="720" w:num="2" w:equalWidth="0">
            <w:col w:w="6330" w:space="0"/>
            <w:col w:w="37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70" w:lineRule="exact" w:before="30" w:after="19"/>
        <w:ind w:left="19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MODALIDADE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54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Básica</w:t>
      </w:r>
      <w:r>
        <w:rPr>
          <w:rFonts w:ascii="Times New Roman" w:hAnsi="Times New Roman" w:eastAsia="Times New Roman"/>
          <w:b w:val="0"/>
          <w:color w:val="000000"/>
          <w:spacing w:val="-1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--</w:t>
      </w:r>
      <w:r>
        <w:rPr>
          <w:rFonts w:ascii="Times New Roman" w:hAnsi="Times New Roman" w:eastAsia="Times New Roman"/>
          <w:b w:val="0"/>
          <w:color w:val="000000"/>
          <w:spacing w:val="-1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Infantil</w:t>
      </w:r>
      <w:r>
        <w:rPr>
          <w:rFonts w:ascii="Arial" w:hAnsi="Arial" w:eastAsia="Arial"/>
          <w:b w:val="0"/>
          <w:i w:val="0"/>
          <w:color w:val="000000"/>
          <w:sz w:val="17"/>
        </w:rPr>
        <w:t>/</w:t>
      </w:r>
      <w:r>
        <w:rPr>
          <w:rFonts w:ascii="Arial" w:hAnsi="Arial" w:eastAsia="Arial"/>
          <w:b w:val="0"/>
          <w:i w:val="0"/>
          <w:color w:val="000000"/>
          <w:sz w:val="17"/>
        </w:rPr>
        <w:t>Creche</w:t>
      </w:r>
      <w:r>
        <w:rPr>
          <w:rFonts w:ascii="Times New Roman" w:hAnsi="Times New Roman" w:eastAsia="Times New Roman"/>
          <w:b w:val="0"/>
          <w:color w:val="000000"/>
          <w:spacing w:val="8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Pré</w:t>
      </w:r>
      <w:r>
        <w:rPr>
          <w:rFonts w:ascii="Arial" w:hAnsi="Arial" w:eastAsia="Arial"/>
          <w:b w:val="0"/>
          <w:i w:val="0"/>
          <w:color w:val="000000"/>
          <w:sz w:val="17"/>
        </w:rPr>
        <w:t>-</w:t>
      </w:r>
      <w:r>
        <w:rPr>
          <w:rFonts w:ascii="Arial" w:hAnsi="Arial" w:eastAsia="Arial"/>
          <w:b w:val="0"/>
          <w:i w:val="0"/>
          <w:color w:val="000000"/>
          <w:sz w:val="17"/>
        </w:rPr>
        <w:t>Escola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</w:p>
    <w:p>
      <w:pPr>
        <w:widowControl/>
        <w:wordWrap w:val="0"/>
        <w:autoSpaceDE w:val="0"/>
        <w:autoSpaceDN w:val="0"/>
        <w:spacing w:line="210" w:lineRule="exact" w:before="39" w:after="169"/>
        <w:ind w:left="19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PROCESSO</w:t>
      </w:r>
      <w:r>
        <w:rPr>
          <w:rFonts w:ascii="Times New Roman" w:hAnsi="Times New Roman" w:eastAsia="Times New Roman"/>
          <w:b w:val="0"/>
          <w:color w:val="000000"/>
          <w:spacing w:val="57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A</w:t>
      </w:r>
      <w:r>
        <w:rPr>
          <w:rFonts w:ascii="Arial" w:hAnsi="Arial" w:eastAsia="Arial"/>
          <w:b w:val="0"/>
          <w:i w:val="0"/>
          <w:color w:val="000000"/>
          <w:sz w:val="21"/>
        </w:rPr>
        <w:t>])</w:t>
      </w:r>
      <w:r>
        <w:rPr>
          <w:rFonts w:ascii="Arial" w:hAnsi="Arial" w:eastAsia="Arial"/>
          <w:b w:val="0"/>
          <w:i w:val="0"/>
          <w:color w:val="000000"/>
          <w:sz w:val="21"/>
        </w:rPr>
        <w:t>MIN</w:t>
      </w:r>
      <w:r>
        <w:rPr>
          <w:rFonts w:ascii="Arial" w:hAnsi="Arial" w:eastAsia="Arial"/>
          <w:b w:val="0"/>
          <w:i w:val="0"/>
          <w:color w:val="000000"/>
          <w:sz w:val="21"/>
        </w:rPr>
        <w:t>[</w:t>
      </w:r>
      <w:r>
        <w:rPr>
          <w:rFonts w:ascii="Arial" w:hAnsi="Arial" w:eastAsia="Arial"/>
          <w:b w:val="0"/>
          <w:i w:val="0"/>
          <w:color w:val="000000"/>
          <w:sz w:val="21"/>
        </w:rPr>
        <w:t>STRAT</w:t>
      </w:r>
      <w:r>
        <w:rPr>
          <w:rFonts w:ascii="Arial" w:hAnsi="Arial" w:eastAsia="Arial"/>
          <w:b w:val="0"/>
          <w:i w:val="0"/>
          <w:color w:val="000000"/>
          <w:sz w:val="21"/>
        </w:rPr>
        <w:t>[</w:t>
      </w:r>
      <w:r>
        <w:rPr>
          <w:rFonts w:ascii="Arial" w:hAnsi="Arial" w:eastAsia="Arial"/>
          <w:b w:val="0"/>
          <w:i w:val="0"/>
          <w:color w:val="000000"/>
          <w:sz w:val="21"/>
        </w:rPr>
        <w:t>VO</w:t>
      </w:r>
      <w:r>
        <w:rPr>
          <w:rFonts w:ascii="Arial" w:hAnsi="Arial" w:eastAsia="Arial"/>
          <w:b w:val="0"/>
          <w:i w:val="0"/>
          <w:color w:val="000000"/>
          <w:sz w:val="21"/>
        </w:rPr>
        <w:t>:</w:t>
      </w:r>
      <w:r>
        <w:rPr>
          <w:rFonts w:ascii="Times New Roman" w:hAnsi="Times New Roman" w:eastAsia="Times New Roman"/>
          <w:b w:val="0"/>
          <w:color w:val="000000"/>
          <w:spacing w:val="367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34908</w:t>
      </w:r>
      <w:r>
        <w:rPr>
          <w:rFonts w:ascii="Arial" w:hAnsi="Arial" w:eastAsia="Arial"/>
          <w:b w:val="0"/>
          <w:i w:val="0"/>
          <w:color w:val="000000"/>
          <w:sz w:val="21"/>
        </w:rPr>
        <w:t>/</w:t>
      </w:r>
      <w:r>
        <w:rPr>
          <w:rFonts w:ascii="Arial" w:hAnsi="Arial" w:eastAsia="Arial"/>
          <w:b w:val="0"/>
          <w:i w:val="0"/>
          <w:color w:val="000000"/>
          <w:sz w:val="21"/>
        </w:rPr>
        <w:t>202</w:t>
      </w:r>
      <w:r>
        <w:rPr>
          <w:rFonts w:ascii="Arial" w:hAnsi="Arial" w:eastAsia="Arial"/>
          <w:b w:val="0"/>
          <w:i w:val="0"/>
          <w:color w:val="000000"/>
          <w:sz w:val="21"/>
        </w:rPr>
        <w:t>]</w:t>
      </w:r>
    </w:p>
    <w:p>
      <w:pPr>
        <w:widowControl/>
        <w:wordWrap w:val="0"/>
        <w:autoSpaceDE w:val="0"/>
        <w:autoSpaceDN w:val="0"/>
        <w:spacing w:line="200" w:lineRule="exact" w:before="338" w:after="130"/>
        <w:ind w:left="19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PARTICIPES</w:t>
      </w:r>
      <w:r>
        <w:rPr>
          <w:rFonts w:ascii="Arial" w:hAnsi="Arial" w:eastAsia="Arial"/>
          <w:b w:val="0"/>
          <w:i w:val="0"/>
          <w:color w:val="000000"/>
          <w:sz w:val="20"/>
        </w:rPr>
        <w:t>:</w:t>
      </w:r>
      <w:r>
        <w:rPr>
          <w:rFonts w:ascii="Times New Roman" w:hAnsi="Times New Roman" w:eastAsia="Times New Roman"/>
          <w:b w:val="0"/>
          <w:color w:val="000000"/>
          <w:spacing w:val="105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Município</w:t>
      </w:r>
      <w:r>
        <w:rPr>
          <w:rFonts w:ascii="Times New Roman" w:hAnsi="Times New Roman" w:eastAsia="Times New Roman"/>
          <w:b w:val="0"/>
          <w:color w:val="000000"/>
          <w:spacing w:val="5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de</w:t>
      </w:r>
      <w:r>
        <w:rPr>
          <w:rFonts w:ascii="Times New Roman" w:hAnsi="Times New Roman" w:eastAsia="Times New Roman"/>
          <w:b w:val="0"/>
          <w:color w:val="000000"/>
          <w:spacing w:val="-1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Guarulhos</w:t>
      </w:r>
      <w:r>
        <w:rPr>
          <w:rFonts w:ascii="Times New Roman" w:hAnsi="Times New Roman" w:eastAsia="Times New Roman"/>
          <w:b w:val="0"/>
          <w:color w:val="000000"/>
          <w:spacing w:val="47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-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2"/>
          <w:sz w:val="20"/>
        </w:rPr>
        <w:t>AssociaçãoS</w:t>
      </w:r>
      <w:r>
        <w:rPr>
          <w:rFonts w:ascii="Times New Roman" w:hAnsi="Times New Roman" w:eastAsia="Times New Roman"/>
          <w:b w:val="0"/>
          <w:color w:val="000000"/>
          <w:spacing w:val="8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OS</w:t>
      </w:r>
      <w:r>
        <w:rPr>
          <w:rFonts w:ascii="Times New Roman" w:hAnsi="Times New Roman" w:eastAsia="Times New Roman"/>
          <w:b w:val="0"/>
          <w:color w:val="000000"/>
          <w:spacing w:val="-1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Família</w:t>
      </w:r>
    </w:p>
    <w:p>
      <w:pPr>
        <w:widowControl/>
        <w:wordWrap w:val="0"/>
        <w:autoSpaceDE w:val="0"/>
        <w:autoSpaceDN w:val="0"/>
        <w:spacing w:line="14" w:lineRule="exact" w:before="246" w:after="0"/>
        <w:ind w:left="0" w:right="0"/>
      </w:pPr>
    </w:p>
    <w:tbl>
      <w:tblPr>
        <w:tblW w:type="auto" w:w="0"/>
        <w:tblInd w:type="dxa" w:w="1980"/>
        <w:tblLayout w:type="fixed"/>
        <w:tblLook w:firstColumn="1" w:firstRow="1" w:lastColumn="0" w:lastRow="0" w:noHBand="0" w:noVBand="1" w:val="04A0"/>
      </w:tblPr>
      <w:tblGrid>
        <w:gridCol w:w="5018"/>
        <w:gridCol w:w="5018"/>
      </w:tblGrid>
      <w:tr>
        <w:trPr>
          <w:trHeight w:hRule="exact" w:val="233"/>
        </w:trPr>
        <w:tc>
          <w:tcPr>
            <w:tcW w:type="dxa" w:w="476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0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FINALIDADE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{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]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WENTO</w:t>
            </w:r>
          </w:p>
        </w:tc>
        <w:tc>
          <w:tcPr>
            <w:tcW w:type="dxa" w:w="318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63" w:after="0"/>
              <w:ind w:left="5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Ajuste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5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1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decorrência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alteração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de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22" w:after="78"/>
        <w:ind w:left="1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demanda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exercício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Arial" w:hAnsi="Arial" w:eastAsia="Arial"/>
          <w:b w:val="0"/>
          <w:i w:val="0"/>
          <w:color w:val="000000"/>
          <w:sz w:val="18"/>
        </w:rPr>
        <w:t>2025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modalidades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</w:p>
    <w:p>
      <w:pPr>
        <w:widowControl/>
        <w:wordWrap w:val="0"/>
        <w:autoSpaceDE w:val="0"/>
        <w:autoSpaceDN w:val="0"/>
        <w:spacing w:line="30" w:lineRule="exact" w:before="157" w:after="52"/>
        <w:ind w:left="1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3"/>
        </w:rPr>
        <w:t>'\</w:t>
      </w:r>
    </w:p>
    <w:p>
      <w:pPr>
        <w:widowControl/>
        <w:wordWrap w:val="0"/>
        <w:autoSpaceDE w:val="0"/>
        <w:autoSpaceDN w:val="0"/>
        <w:spacing w:line="190" w:lineRule="exact" w:before="105" w:after="29"/>
        <w:ind w:left="1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O</w:t>
      </w:r>
      <w:r>
        <w:rPr>
          <w:rFonts w:ascii="Times New Roman" w:hAnsi="Times New Roman" w:eastAsia="Times New Roman"/>
          <w:b w:val="0"/>
          <w:color w:val="000000"/>
          <w:spacing w:val="14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Secretário</w:t>
      </w:r>
      <w:r>
        <w:rPr>
          <w:rFonts w:ascii="Times New Roman" w:hAnsi="Times New Roman" w:eastAsia="Times New Roman"/>
          <w:b w:val="0"/>
          <w:color w:val="000000"/>
          <w:spacing w:val="12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de</w:t>
      </w:r>
      <w:r>
        <w:rPr>
          <w:rFonts w:ascii="Times New Roman" w:hAnsi="Times New Roman" w:eastAsia="Times New Roman"/>
          <w:b w:val="0"/>
          <w:color w:val="000000"/>
          <w:spacing w:val="1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Educação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13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Silvio</w:t>
      </w:r>
      <w:r>
        <w:rPr>
          <w:rFonts w:ascii="Times New Roman" w:hAnsi="Times New Roman" w:eastAsia="Times New Roman"/>
          <w:b w:val="0"/>
          <w:color w:val="000000"/>
          <w:spacing w:val="15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Rodrigues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11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devidamente</w:t>
      </w:r>
      <w:r>
        <w:rPr>
          <w:rFonts w:ascii="Times New Roman" w:hAnsi="Times New Roman" w:eastAsia="Times New Roman"/>
          <w:b w:val="0"/>
          <w:color w:val="000000"/>
          <w:spacing w:val="8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qualificado</w:t>
      </w:r>
      <w:r>
        <w:rPr>
          <w:rFonts w:ascii="Times New Roman" w:hAnsi="Times New Roman" w:eastAsia="Times New Roman"/>
          <w:b w:val="0"/>
          <w:color w:val="000000"/>
          <w:spacing w:val="10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</w:t>
      </w:r>
      <w:r>
        <w:rPr>
          <w:rFonts w:ascii="Times New Roman" w:hAnsi="Times New Roman" w:eastAsia="Times New Roman"/>
          <w:b w:val="0"/>
          <w:color w:val="000000"/>
          <w:spacing w:val="1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Processo</w:t>
      </w:r>
    </w:p>
    <w:p>
      <w:pPr>
        <w:widowControl/>
        <w:wordWrap w:val="0"/>
        <w:autoSpaceDE w:val="0"/>
        <w:autoSpaceDN w:val="0"/>
        <w:spacing w:line="14" w:lineRule="exact" w:before="44" w:after="0"/>
        <w:ind w:left="0" w:right="0"/>
      </w:pPr>
    </w:p>
    <w:tbl>
      <w:tblPr>
        <w:tblW w:type="auto" w:w="0"/>
        <w:tblInd w:type="dxa" w:w="1960"/>
        <w:tblLayout w:type="fixed"/>
        <w:tblLook w:firstColumn="1" w:firstRow="1" w:lastColumn="0" w:lastRow="0" w:noHBand="0" w:noVBand="1" w:val="04A0"/>
      </w:tblPr>
      <w:tblGrid>
        <w:gridCol w:w="5018"/>
        <w:gridCol w:w="5018"/>
      </w:tblGrid>
      <w:tr>
        <w:trPr>
          <w:trHeight w:hRule="exact" w:val="180"/>
        </w:trPr>
        <w:tc>
          <w:tcPr>
            <w:tcW w:type="dxa" w:w="7960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Administrativo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citado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confonnidade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4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contido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Portaria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'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1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063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202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artigo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0"/>
                <w:sz w:val="18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4"/>
                <w:sz w:val="18"/>
              </w:rPr>
              <w:t>'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,</w:t>
            </w:r>
          </w:p>
        </w:tc>
      </w:tr>
      <w:tr>
        <w:trPr>
          <w:trHeight w:hRule="exact" w:val="180"/>
        </w:trPr>
        <w:tc>
          <w:tcPr>
            <w:tcW w:type="dxa" w:w="493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"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".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7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promove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presente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TERMO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2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APOST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[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LAMENTO</w:t>
            </w:r>
          </w:p>
        </w:tc>
        <w:tc>
          <w:tcPr>
            <w:tcW w:type="dxa" w:w="303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11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Him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constar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Temia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de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60" w:after="150"/>
        <w:ind w:left="1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Colaboração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4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002824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202</w:t>
      </w:r>
      <w:r>
        <w:rPr>
          <w:rFonts w:ascii="Times New Roman" w:hAnsi="Times New Roman" w:eastAsia="Times New Roman"/>
          <w:b w:val="0"/>
          <w:color w:val="000000"/>
          <w:spacing w:val="-1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0"/>
          <w:sz w:val="18"/>
        </w:rPr>
        <w:t>1</w:t>
      </w:r>
      <w:r>
        <w:rPr>
          <w:rFonts w:ascii="Arial" w:hAnsi="Arial" w:eastAsia="Arial"/>
          <w:b w:val="0"/>
          <w:i w:val="0"/>
          <w:color w:val="000000"/>
          <w:spacing w:val="-4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SESE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Arial" w:hAnsi="Arial" w:eastAsia="Arial"/>
          <w:b w:val="0"/>
          <w:i w:val="0"/>
          <w:color w:val="000000"/>
          <w:sz w:val="18"/>
        </w:rPr>
        <w:t>RPI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segue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</w:p>
    <w:p>
      <w:pPr>
        <w:widowControl/>
        <w:wordWrap w:val="0"/>
        <w:autoSpaceDE w:val="0"/>
        <w:autoSpaceDN w:val="0"/>
        <w:spacing w:line="180" w:lineRule="exact" w:before="300" w:after="36"/>
        <w:ind w:left="1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OBJETO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0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"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7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colaboração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técnica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9"/>
          <w:sz w:val="18"/>
        </w:rPr>
        <w:t>Hmanceirav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isando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disciplinar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esforços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conjuntos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serem</w:t>
      </w:r>
    </w:p>
    <w:p>
      <w:pPr>
        <w:widowControl/>
        <w:wordWrap w:val="0"/>
        <w:autoSpaceDE w:val="0"/>
        <w:autoSpaceDN w:val="0"/>
        <w:spacing w:line="190" w:lineRule="exact" w:before="72" w:after="39"/>
        <w:ind w:left="1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10"/>
          <w:sz w:val="19"/>
        </w:rPr>
        <w:t>realizadosp</w:t>
      </w:r>
      <w:r>
        <w:rPr>
          <w:rFonts w:ascii="Times New Roman" w:hAnsi="Times New Roman" w:eastAsia="Times New Roman"/>
          <w:b w:val="0"/>
          <w:color w:val="000000"/>
          <w:spacing w:val="5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elo</w:t>
      </w:r>
      <w:r>
        <w:rPr>
          <w:rFonts w:ascii="Times New Roman" w:hAnsi="Times New Roman" w:eastAsia="Times New Roman"/>
          <w:b w:val="0"/>
          <w:color w:val="000000"/>
          <w:spacing w:val="3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Município</w:t>
      </w:r>
      <w:r>
        <w:rPr>
          <w:rFonts w:ascii="Times New Roman" w:hAnsi="Times New Roman" w:eastAsia="Times New Roman"/>
          <w:b w:val="0"/>
          <w:color w:val="000000"/>
          <w:spacing w:val="1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pela</w:t>
      </w:r>
      <w:r>
        <w:rPr>
          <w:rFonts w:ascii="Times New Roman" w:hAnsi="Times New Roman" w:eastAsia="Times New Roman"/>
          <w:b w:val="0"/>
          <w:color w:val="000000"/>
          <w:spacing w:val="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Instituição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-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-8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</w:t>
      </w:r>
      <w:r>
        <w:rPr>
          <w:rFonts w:ascii="Times New Roman" w:hAnsi="Times New Roman" w:eastAsia="Times New Roman"/>
          <w:b w:val="0"/>
          <w:color w:val="000000"/>
          <w:spacing w:val="2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6"/>
          <w:sz w:val="19"/>
        </w:rPr>
        <w:t>desenvolvimentoc</w:t>
      </w:r>
      <w:r>
        <w:rPr>
          <w:rFonts w:ascii="Times New Roman" w:hAnsi="Times New Roman" w:eastAsia="Times New Roman"/>
          <w:b w:val="0"/>
          <w:color w:val="000000"/>
          <w:spacing w:val="4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omplementar</w:t>
      </w:r>
      <w:r>
        <w:rPr>
          <w:rFonts w:ascii="Arial" w:hAnsi="Arial" w:eastAsia="Arial"/>
          <w:b w:val="0"/>
          <w:i w:val="0"/>
          <w:color w:val="000000"/>
          <w:sz w:val="19"/>
        </w:rPr>
        <w:t>da</w:t>
      </w:r>
      <w:r>
        <w:rPr>
          <w:rFonts w:ascii="Times New Roman" w:hAnsi="Times New Roman" w:eastAsia="Times New Roman"/>
          <w:b w:val="0"/>
          <w:color w:val="000000"/>
          <w:spacing w:val="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educação</w:t>
      </w:r>
    </w:p>
    <w:p>
      <w:pPr>
        <w:widowControl/>
        <w:wordWrap w:val="0"/>
        <w:autoSpaceDE w:val="0"/>
        <w:autoSpaceDN w:val="0"/>
        <w:spacing w:line="180" w:lineRule="exact" w:before="78" w:after="4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pública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gratuita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prestada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pela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Rede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Municipal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Guarulhos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modalidade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"</w:t>
      </w:r>
      <w:r>
        <w:rPr>
          <w:rFonts w:ascii="Arial" w:hAnsi="Arial" w:eastAsia="Arial"/>
          <w:b w:val="0"/>
          <w:i w:val="0"/>
          <w:color w:val="000000"/>
          <w:sz w:val="18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-9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Básica</w:t>
      </w:r>
    </w:p>
    <w:p>
      <w:pPr>
        <w:widowControl/>
        <w:wordWrap w:val="0"/>
        <w:autoSpaceDE w:val="0"/>
        <w:autoSpaceDN w:val="0"/>
        <w:spacing w:line="180" w:lineRule="exact" w:before="80" w:after="2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Infantil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Creche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Pré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Arial" w:hAnsi="Arial" w:eastAsia="Arial"/>
          <w:b w:val="0"/>
          <w:i w:val="0"/>
          <w:color w:val="000000"/>
          <w:sz w:val="18"/>
        </w:rPr>
        <w:t>Escola</w:t>
      </w:r>
      <w:r>
        <w:rPr>
          <w:rFonts w:ascii="Arial" w:hAnsi="Arial" w:eastAsia="Arial"/>
          <w:b w:val="0"/>
          <w:i w:val="0"/>
          <w:color w:val="000000"/>
          <w:sz w:val="18"/>
        </w:rPr>
        <w:t>",</w:t>
      </w:r>
      <w:r>
        <w:rPr>
          <w:rFonts w:ascii="Times New Roman" w:hAnsi="Times New Roman" w:eastAsia="Times New Roman"/>
          <w:b w:val="0"/>
          <w:color w:val="000000"/>
          <w:spacing w:val="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Unidade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sito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Rua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Pedra</w:t>
      </w:r>
      <w:r>
        <w:rPr>
          <w:rFonts w:ascii="Arial" w:hAnsi="Arial" w:eastAsia="Arial"/>
          <w:b w:val="0"/>
          <w:i w:val="0"/>
          <w:color w:val="000000"/>
          <w:sz w:val="18"/>
        </w:rPr>
        <w:t>Angelo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Janitelli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4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37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Ponte</w:t>
      </w:r>
    </w:p>
    <w:p>
      <w:pPr>
        <w:widowControl/>
        <w:wordWrap w:val="0"/>
        <w:autoSpaceDE w:val="0"/>
        <w:autoSpaceDN w:val="0"/>
        <w:spacing w:line="180" w:lineRule="exact" w:before="40" w:after="20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Grande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Guai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Arial" w:hAnsi="Arial" w:eastAsia="Arial"/>
          <w:b w:val="0"/>
          <w:i w:val="0"/>
          <w:color w:val="000000"/>
          <w:sz w:val="18"/>
        </w:rPr>
        <w:t>usos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SP</w:t>
      </w:r>
      <w:r>
        <w:rPr>
          <w:rFonts w:ascii="Times New Roman" w:hAnsi="Times New Roman" w:eastAsia="Times New Roman"/>
          <w:b w:val="0"/>
          <w:color w:val="000000"/>
          <w:spacing w:val="30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CNPJ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74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503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!</w:t>
      </w:r>
      <w:r>
        <w:rPr>
          <w:rFonts w:ascii="Arial" w:hAnsi="Arial" w:eastAsia="Arial"/>
          <w:b w:val="0"/>
          <w:i w:val="0"/>
          <w:color w:val="000000"/>
          <w:sz w:val="18"/>
        </w:rPr>
        <w:t>37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001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Arial" w:hAnsi="Arial" w:eastAsia="Arial"/>
          <w:b w:val="0"/>
          <w:i w:val="0"/>
          <w:color w:val="000000"/>
          <w:sz w:val="18"/>
        </w:rPr>
        <w:t>03</w:t>
      </w:r>
    </w:p>
    <w:p>
      <w:pPr>
        <w:widowControl/>
        <w:wordWrap w:val="0"/>
        <w:autoSpaceDE w:val="0"/>
        <w:autoSpaceDN w:val="0"/>
        <w:spacing w:line="14" w:lineRule="exact" w:before="386" w:after="0"/>
        <w:ind w:left="0" w:right="0"/>
      </w:pPr>
    </w:p>
    <w:tbl>
      <w:tblPr>
        <w:tblW w:type="auto" w:w="0"/>
        <w:tblInd w:type="dxa" w:w="1940"/>
        <w:tblLayout w:type="fixed"/>
        <w:tblLook w:firstColumn="1" w:firstRow="1" w:lastColumn="0" w:lastRow="0" w:noHBand="0" w:noVBand="1" w:val="04A0"/>
      </w:tblPr>
      <w:tblGrid>
        <w:gridCol w:w="5018"/>
        <w:gridCol w:w="5018"/>
      </w:tblGrid>
      <w:tr>
        <w:trPr>
          <w:trHeight w:hRule="exact" w:val="176"/>
        </w:trPr>
        <w:tc>
          <w:tcPr>
            <w:tcW w:type="dxa" w:w="6970"/>
            <w:gridSpan w:val="2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6"/>
        </w:trPr>
        <w:tc>
          <w:tcPr>
            <w:tcW w:type="dxa" w:w="192"/>
            <w:tcMar>
              <w:left w:type="dxa" w:w="0"/>
              <w:right w:type="dxa" w:w="0"/>
            </w:tcMar>
          </w:tcPr>
          <w:p/>
        </w:tc>
        <w:tc>
          <w:tcPr>
            <w:tcW w:type="dxa" w:w="6779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16" w:after="0"/>
              <w:ind w:left="8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00" w:lineRule="exact" w:before="102" w:after="24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Atendimento</w:t>
      </w:r>
      <w:r>
        <w:rPr>
          <w:rFonts w:ascii="Arial" w:hAnsi="Arial" w:eastAsia="Arial"/>
          <w:b w:val="0"/>
          <w:i w:val="0"/>
          <w:color w:val="000000"/>
          <w:sz w:val="20"/>
        </w:rPr>
        <w:t>de</w:t>
      </w:r>
      <w:r>
        <w:rPr>
          <w:rFonts w:ascii="Times New Roman" w:hAnsi="Times New Roman" w:eastAsia="Times New Roman"/>
          <w:b w:val="0"/>
          <w:color w:val="000000"/>
          <w:spacing w:val="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educandos</w:t>
      </w:r>
      <w:r>
        <w:rPr>
          <w:rFonts w:ascii="Arial" w:hAnsi="Arial" w:eastAsia="Arial"/>
          <w:b w:val="0"/>
          <w:i w:val="0"/>
          <w:color w:val="000000"/>
          <w:spacing w:val="-34"/>
          <w:sz w:val="20"/>
        </w:rPr>
        <w:t>,</w:t>
      </w:r>
      <w:r>
        <w:rPr>
          <w:rFonts w:ascii="Arial" w:hAnsi="Arial" w:eastAsia="Arial"/>
          <w:b w:val="0"/>
          <w:i w:val="0"/>
          <w:color w:val="000000"/>
          <w:spacing w:val="-77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27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m</w:t>
      </w:r>
      <w:r>
        <w:rPr>
          <w:rFonts w:ascii="Times New Roman" w:hAnsi="Times New Roman" w:eastAsia="Times New Roman"/>
          <w:b w:val="0"/>
          <w:color w:val="000000"/>
          <w:spacing w:val="-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período</w:t>
      </w:r>
      <w:r>
        <w:rPr>
          <w:rFonts w:ascii="Times New Roman" w:hAnsi="Times New Roman" w:eastAsia="Times New Roman"/>
          <w:b w:val="0"/>
          <w:color w:val="000000"/>
          <w:spacing w:val="-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integral</w:t>
      </w:r>
      <w:r>
        <w:rPr>
          <w:rFonts w:ascii="Arial" w:hAnsi="Arial" w:eastAsia="Arial"/>
          <w:b w:val="0"/>
          <w:i w:val="0"/>
          <w:color w:val="000000"/>
          <w:sz w:val="20"/>
        </w:rPr>
        <w:t>;</w:t>
      </w:r>
      <w:r>
        <w:rPr>
          <w:rFonts w:ascii="Times New Roman" w:hAnsi="Times New Roman" w:eastAsia="Times New Roman"/>
          <w:b w:val="0"/>
          <w:color w:val="000000"/>
          <w:spacing w:val="-2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na</w:t>
      </w:r>
      <w:r>
        <w:rPr>
          <w:rFonts w:ascii="Times New Roman" w:hAnsi="Times New Roman" w:eastAsia="Times New Roman"/>
          <w:b w:val="0"/>
          <w:color w:val="000000"/>
          <w:spacing w:val="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Modalidade</w:t>
      </w:r>
      <w:r>
        <w:rPr>
          <w:rFonts w:ascii="Arial" w:hAnsi="Arial" w:eastAsia="Arial"/>
          <w:b w:val="0"/>
          <w:i w:val="0"/>
          <w:color w:val="000000"/>
          <w:spacing w:val="-15"/>
          <w:sz w:val="20"/>
        </w:rPr>
        <w:t>EducaçãoB</w:t>
      </w:r>
      <w:r>
        <w:rPr>
          <w:rFonts w:ascii="Times New Roman" w:hAnsi="Times New Roman" w:eastAsia="Times New Roman"/>
          <w:b w:val="0"/>
          <w:color w:val="000000"/>
          <w:spacing w:val="5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ásica</w:t>
      </w:r>
      <w:r>
        <w:rPr>
          <w:rFonts w:ascii="Times New Roman" w:hAnsi="Times New Roman" w:eastAsia="Times New Roman"/>
          <w:b w:val="0"/>
          <w:color w:val="000000"/>
          <w:spacing w:val="1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Educação</w:t>
      </w:r>
    </w:p>
    <w:p>
      <w:pPr>
        <w:widowControl/>
        <w:wordWrap w:val="0"/>
        <w:autoSpaceDE w:val="0"/>
        <w:autoSpaceDN w:val="0"/>
        <w:spacing w:line="190" w:lineRule="exact" w:before="48" w:after="295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infantil</w:t>
      </w:r>
      <w:r>
        <w:rPr>
          <w:rFonts w:ascii="Arial" w:hAnsi="Arial" w:eastAsia="Arial"/>
          <w:b w:val="0"/>
          <w:i w:val="0"/>
          <w:color w:val="000000"/>
          <w:sz w:val="19"/>
        </w:rPr>
        <w:t>/</w:t>
      </w:r>
      <w:r>
        <w:rPr>
          <w:rFonts w:ascii="Arial" w:hAnsi="Arial" w:eastAsia="Arial"/>
          <w:b w:val="0"/>
          <w:i w:val="0"/>
          <w:color w:val="000000"/>
          <w:sz w:val="19"/>
        </w:rPr>
        <w:t>Creche</w:t>
      </w:r>
      <w:r>
        <w:rPr>
          <w:rFonts w:ascii="Times New Roman" w:hAnsi="Times New Roman" w:eastAsia="Times New Roman"/>
          <w:b w:val="0"/>
          <w:color w:val="000000"/>
          <w:spacing w:val="-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-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Pré</w:t>
      </w:r>
      <w:r>
        <w:rPr>
          <w:rFonts w:ascii="Arial" w:hAnsi="Arial" w:eastAsia="Arial"/>
          <w:b w:val="0"/>
          <w:i w:val="0"/>
          <w:color w:val="000000"/>
          <w:sz w:val="19"/>
        </w:rPr>
        <w:t>-</w:t>
      </w:r>
      <w:r>
        <w:rPr>
          <w:rFonts w:ascii="Arial" w:hAnsi="Arial" w:eastAsia="Arial"/>
          <w:b w:val="0"/>
          <w:i w:val="0"/>
          <w:color w:val="000000"/>
          <w:sz w:val="19"/>
        </w:rPr>
        <w:t>Escola</w:t>
      </w:r>
      <w:r>
        <w:rPr>
          <w:rFonts w:ascii="Arial" w:hAnsi="Arial" w:eastAsia="Arial"/>
          <w:b w:val="0"/>
          <w:i w:val="0"/>
          <w:color w:val="000000"/>
          <w:spacing w:val="-7"/>
          <w:sz w:val="19"/>
        </w:rPr>
        <w:t>.,</w:t>
      </w:r>
      <w:r>
        <w:rPr>
          <w:rFonts w:ascii="Arial" w:hAnsi="Arial" w:eastAsia="Arial"/>
          <w:b w:val="0"/>
          <w:i w:val="0"/>
          <w:color w:val="000000"/>
          <w:spacing w:val="-38"/>
          <w:sz w:val="19"/>
        </w:rPr>
        <w:t>t</w:t>
      </w:r>
      <w:r>
        <w:rPr>
          <w:rFonts w:ascii="Times New Roman" w:hAnsi="Times New Roman" w:eastAsia="Times New Roman"/>
          <w:b w:val="0"/>
          <w:color w:val="000000"/>
          <w:spacing w:val="-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otalizando</w:t>
      </w:r>
      <w:r>
        <w:rPr>
          <w:rFonts w:ascii="Times New Roman" w:hAnsi="Times New Roman" w:eastAsia="Times New Roman"/>
          <w:b w:val="0"/>
          <w:color w:val="000000"/>
          <w:spacing w:val="-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3"/>
          <w:sz w:val="19"/>
        </w:rPr>
        <w:t>17</w:t>
      </w:r>
      <w:r>
        <w:rPr>
          <w:rFonts w:ascii="Times New Roman" w:hAnsi="Times New Roman" w:eastAsia="Times New Roman"/>
          <w:b w:val="0"/>
          <w:color w:val="000000"/>
          <w:spacing w:val="3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5</w:t>
      </w:r>
      <w:r>
        <w:rPr>
          <w:rFonts w:ascii="Times New Roman" w:hAnsi="Times New Roman" w:eastAsia="Times New Roman"/>
          <w:b w:val="0"/>
          <w:color w:val="000000"/>
          <w:spacing w:val="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vagas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</w:p>
    <w:p>
      <w:pPr>
        <w:widowControl/>
        <w:wordWrap w:val="0"/>
        <w:autoSpaceDE w:val="0"/>
        <w:autoSpaceDN w:val="0"/>
        <w:spacing w:line="214" w:lineRule="exact" w:before="590" w:after="49"/>
        <w:ind w:left="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'''</w:t>
      </w:r>
      <w:r>
        <w:rPr>
          <w:rFonts w:ascii="Arial" w:hAnsi="Arial" w:eastAsia="Arial"/>
          <w:b w:val="0"/>
          <w:i w:val="0"/>
          <w:color w:val="000000"/>
          <w:sz w:val="21"/>
        </w:rPr>
        <w:t>x</w:t>
      </w:r>
      <w:r>
        <w:rPr>
          <w:rFonts w:ascii="Times New Roman" w:hAnsi="Times New Roman" w:eastAsia="Times New Roman"/>
          <w:b w:val="0"/>
          <w:color w:val="000000"/>
          <w:spacing w:val="160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CLÁUSULA</w:t>
      </w:r>
      <w:r>
        <w:rPr>
          <w:rFonts w:ascii="Times New Roman" w:hAnsi="Times New Roman" w:eastAsia="Times New Roman"/>
          <w:b w:val="0"/>
          <w:color w:val="000000"/>
          <w:spacing w:val="10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TERCEIRA</w:t>
      </w:r>
      <w:r>
        <w:rPr>
          <w:rFonts w:ascii="Times New Roman" w:hAnsi="Times New Roman" w:eastAsia="Times New Roman"/>
          <w:b w:val="0"/>
          <w:color w:val="000000"/>
          <w:spacing w:val="9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-</w:t>
      </w:r>
      <w:r>
        <w:rPr>
          <w:rFonts w:ascii="Times New Roman" w:hAnsi="Times New Roman" w:eastAsia="Times New Roman"/>
          <w:b w:val="0"/>
          <w:color w:val="000000"/>
          <w:spacing w:val="4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DAS</w:t>
      </w:r>
      <w:r>
        <w:rPr>
          <w:rFonts w:ascii="Times New Roman" w:hAnsi="Times New Roman" w:eastAsia="Times New Roman"/>
          <w:b w:val="0"/>
          <w:color w:val="000000"/>
          <w:spacing w:val="2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UNIDADES</w:t>
      </w:r>
      <w:r>
        <w:rPr>
          <w:rFonts w:ascii="Times New Roman" w:hAnsi="Times New Roman" w:eastAsia="Times New Roman"/>
          <w:b w:val="0"/>
          <w:color w:val="000000"/>
          <w:spacing w:val="7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ESCOLARES</w:t>
      </w:r>
    </w:p>
    <w:p>
      <w:pPr>
        <w:widowControl/>
        <w:wordWrap w:val="0"/>
        <w:autoSpaceDE w:val="0"/>
        <w:autoSpaceDN w:val="0"/>
        <w:spacing w:line="200" w:lineRule="exact" w:before="98" w:after="2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A</w:t>
      </w:r>
      <w:r>
        <w:rPr>
          <w:rFonts w:ascii="Times New Roman" w:hAnsi="Times New Roman" w:eastAsia="Times New Roman"/>
          <w:b w:val="0"/>
          <w:color w:val="000000"/>
          <w:spacing w:val="117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ORGANIZAÇÃO</w:t>
      </w:r>
      <w:r>
        <w:rPr>
          <w:rFonts w:ascii="Times New Roman" w:hAnsi="Times New Roman" w:eastAsia="Times New Roman"/>
          <w:b w:val="0"/>
          <w:color w:val="000000"/>
          <w:spacing w:val="7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manterá</w:t>
      </w:r>
      <w:r>
        <w:rPr>
          <w:rFonts w:ascii="Times New Roman" w:hAnsi="Times New Roman" w:eastAsia="Times New Roman"/>
          <w:b w:val="0"/>
          <w:color w:val="000000"/>
          <w:spacing w:val="16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em</w:t>
      </w:r>
      <w:r>
        <w:rPr>
          <w:rFonts w:ascii="Times New Roman" w:hAnsi="Times New Roman" w:eastAsia="Times New Roman"/>
          <w:b w:val="0"/>
          <w:color w:val="000000"/>
          <w:spacing w:val="5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funcionamento</w:t>
      </w:r>
      <w:r>
        <w:rPr>
          <w:rFonts w:ascii="Times New Roman" w:hAnsi="Times New Roman" w:eastAsia="Times New Roman"/>
          <w:b w:val="0"/>
          <w:color w:val="000000"/>
          <w:spacing w:val="-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uma</w:t>
      </w:r>
      <w:r>
        <w:rPr>
          <w:rFonts w:ascii="Times New Roman" w:hAnsi="Times New Roman" w:eastAsia="Times New Roman"/>
          <w:b w:val="0"/>
          <w:color w:val="000000"/>
          <w:spacing w:val="4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unidade</w:t>
      </w:r>
      <w:r>
        <w:rPr>
          <w:rFonts w:ascii="Times New Roman" w:hAnsi="Times New Roman" w:eastAsia="Times New Roman"/>
          <w:b w:val="0"/>
          <w:color w:val="000000"/>
          <w:spacing w:val="1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escolar</w:t>
      </w:r>
      <w:r>
        <w:rPr>
          <w:rFonts w:ascii="Times New Roman" w:hAnsi="Times New Roman" w:eastAsia="Times New Roman"/>
          <w:b w:val="0"/>
          <w:color w:val="000000"/>
          <w:spacing w:val="25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com</w:t>
      </w:r>
      <w:r>
        <w:rPr>
          <w:rFonts w:ascii="Times New Roman" w:hAnsi="Times New Roman" w:eastAsia="Times New Roman"/>
          <w:b w:val="0"/>
          <w:color w:val="000000"/>
          <w:spacing w:val="5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as</w:t>
      </w:r>
      <w:r>
        <w:rPr>
          <w:rFonts w:ascii="Times New Roman" w:hAnsi="Times New Roman" w:eastAsia="Times New Roman"/>
          <w:b w:val="0"/>
          <w:color w:val="000000"/>
          <w:spacing w:val="59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seguintes</w:t>
      </w:r>
    </w:p>
    <w:p>
      <w:pPr>
        <w:widowControl/>
        <w:wordWrap w:val="0"/>
        <w:autoSpaceDE w:val="0"/>
        <w:autoSpaceDN w:val="0"/>
        <w:spacing w:line="170" w:lineRule="exact" w:before="3" w:after="55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características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</w:p>
    <w:p>
      <w:pPr>
        <w:widowControl/>
        <w:wordWrap w:val="0"/>
        <w:autoSpaceDE w:val="0"/>
        <w:autoSpaceDN w:val="0"/>
        <w:spacing w:line="170" w:lineRule="exact" w:before="110" w:after="41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3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1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Times New Roman" w:hAnsi="Times New Roman" w:eastAsia="Times New Roman"/>
          <w:b w:val="0"/>
          <w:color w:val="000000"/>
          <w:spacing w:val="1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NOME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14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Associação</w:t>
      </w:r>
      <w:r>
        <w:rPr>
          <w:rFonts w:ascii="Times New Roman" w:hAnsi="Times New Roman" w:eastAsia="Times New Roman"/>
          <w:b w:val="0"/>
          <w:color w:val="000000"/>
          <w:spacing w:val="6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SOS</w:t>
      </w:r>
      <w:r>
        <w:rPr>
          <w:rFonts w:ascii="Times New Roman" w:hAnsi="Times New Roman" w:eastAsia="Times New Roman"/>
          <w:b w:val="0"/>
          <w:color w:val="000000"/>
          <w:spacing w:val="-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Família</w:t>
      </w:r>
      <w:r>
        <w:rPr>
          <w:rFonts w:ascii="Times New Roman" w:hAnsi="Times New Roman" w:eastAsia="Times New Roman"/>
          <w:b w:val="0"/>
          <w:color w:val="000000"/>
          <w:spacing w:val="8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</w:p>
    <w:p>
      <w:pPr>
        <w:widowControl/>
        <w:wordWrap w:val="0"/>
        <w:autoSpaceDE w:val="0"/>
        <w:autoSpaceDN w:val="0"/>
        <w:spacing w:line="180" w:lineRule="exact" w:before="82" w:after="60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2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ENDEREÇO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Rua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Pedro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Angelo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Janitelli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4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37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Ponte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Grande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Guarulhos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SP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</w:p>
    <w:p>
      <w:pPr>
        <w:widowControl/>
        <w:wordWrap w:val="0"/>
        <w:autoSpaceDE w:val="0"/>
        <w:autoSpaceDN w:val="0"/>
        <w:spacing w:line="180" w:lineRule="exact" w:before="120" w:after="24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ATENDIMENTO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2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0"/>
          <w:sz w:val="18"/>
        </w:rPr>
        <w:t>17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5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sendo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104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berçárío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ou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11</w:t>
      </w:r>
      <w:r>
        <w:rPr>
          <w:rFonts w:ascii="Arial" w:hAnsi="Arial" w:eastAsia="Arial"/>
          <w:b w:val="0"/>
          <w:i w:val="0"/>
          <w:color w:val="000000"/>
          <w:sz w:val="18"/>
        </w:rPr>
        <w:t>;</w:t>
      </w:r>
      <w:r>
        <w:rPr>
          <w:rFonts w:ascii="Arial" w:hAnsi="Arial" w:eastAsia="Arial"/>
          <w:b w:val="0"/>
          <w:i w:val="0"/>
          <w:color w:val="000000"/>
          <w:sz w:val="18"/>
        </w:rPr>
        <w:t>55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Maternal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</w:p>
    <w:p>
      <w:pPr>
        <w:widowControl/>
        <w:wordWrap w:val="0"/>
        <w:autoSpaceDE w:val="0"/>
        <w:autoSpaceDN w:val="0"/>
        <w:spacing w:line="170" w:lineRule="exact" w:before="48" w:after="55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16</w:t>
      </w:r>
      <w:r>
        <w:rPr>
          <w:rFonts w:ascii="Times New Roman" w:hAnsi="Times New Roman" w:eastAsia="Times New Roman"/>
          <w:b w:val="0"/>
          <w:color w:val="000000"/>
          <w:spacing w:val="-1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vagas</w:t>
      </w:r>
      <w:r>
        <w:rPr>
          <w:rFonts w:ascii="Times New Roman" w:hAnsi="Times New Roman" w:eastAsia="Times New Roman"/>
          <w:b w:val="0"/>
          <w:color w:val="000000"/>
          <w:spacing w:val="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estágio</w:t>
      </w:r>
      <w:r>
        <w:rPr>
          <w:rFonts w:ascii="Times New Roman" w:hAnsi="Times New Roman" w:eastAsia="Times New Roman"/>
          <w:b w:val="0"/>
          <w:color w:val="000000"/>
          <w:spacing w:val="2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l</w:t>
      </w:r>
      <w:r>
        <w:rPr>
          <w:rFonts w:ascii="Times New Roman" w:hAnsi="Times New Roman" w:eastAsia="Times New Roman"/>
          <w:b w:val="0"/>
          <w:color w:val="000000"/>
          <w:spacing w:val="2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Arial" w:hAnsi="Arial" w:eastAsia="Arial"/>
          <w:b w:val="0"/>
          <w:i w:val="0"/>
          <w:color w:val="000000"/>
          <w:sz w:val="17"/>
        </w:rPr>
        <w:t>/</w:t>
      </w:r>
      <w:r>
        <w:rPr>
          <w:rFonts w:ascii="Arial" w:hAnsi="Arial" w:eastAsia="Arial"/>
          <w:b w:val="0"/>
          <w:i w:val="0"/>
          <w:color w:val="000000"/>
          <w:sz w:val="17"/>
        </w:rPr>
        <w:t>ou</w:t>
      </w:r>
      <w:r>
        <w:rPr>
          <w:rFonts w:ascii="Times New Roman" w:hAnsi="Times New Roman" w:eastAsia="Times New Roman"/>
          <w:b w:val="0"/>
          <w:color w:val="000000"/>
          <w:spacing w:val="27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ll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</w:p>
    <w:p>
      <w:pPr>
        <w:widowControl/>
        <w:wordWrap w:val="0"/>
        <w:autoSpaceDE w:val="0"/>
        <w:autoSpaceDN w:val="0"/>
        <w:spacing w:line="170" w:lineRule="exact" w:before="110" w:after="2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3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4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MODALIDADE</w:t>
      </w:r>
      <w:r>
        <w:rPr>
          <w:rFonts w:ascii="Times New Roman" w:hAnsi="Times New Roman" w:eastAsia="Times New Roman"/>
          <w:b w:val="0"/>
          <w:color w:val="000000"/>
          <w:spacing w:val="31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</w:t>
      </w:r>
      <w:r>
        <w:rPr>
          <w:rFonts w:ascii="Times New Roman" w:hAnsi="Times New Roman" w:eastAsia="Times New Roman"/>
          <w:b w:val="0"/>
          <w:color w:val="000000"/>
          <w:spacing w:val="4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ATENDIMENTO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33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4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Básica</w:t>
      </w:r>
      <w:r>
        <w:rPr>
          <w:rFonts w:ascii="Times New Roman" w:hAnsi="Times New Roman" w:eastAsia="Times New Roman"/>
          <w:b w:val="0"/>
          <w:color w:val="000000"/>
          <w:spacing w:val="187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2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Infantil</w:t>
      </w:r>
      <w:r>
        <w:rPr>
          <w:rFonts w:ascii="Arial" w:hAnsi="Arial" w:eastAsia="Arial"/>
          <w:b w:val="0"/>
          <w:i w:val="0"/>
          <w:color w:val="000000"/>
          <w:sz w:val="17"/>
        </w:rPr>
        <w:t>/</w:t>
      </w:r>
      <w:r>
        <w:rPr>
          <w:rFonts w:ascii="Arial" w:hAnsi="Arial" w:eastAsia="Arial"/>
          <w:b w:val="0"/>
          <w:i w:val="0"/>
          <w:color w:val="000000"/>
          <w:sz w:val="17"/>
        </w:rPr>
        <w:t>Creche</w:t>
      </w:r>
      <w:r>
        <w:rPr>
          <w:rFonts w:ascii="Times New Roman" w:hAnsi="Times New Roman" w:eastAsia="Times New Roman"/>
          <w:b w:val="0"/>
          <w:color w:val="000000"/>
          <w:spacing w:val="14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Pré</w:t>
      </w:r>
      <w:r>
        <w:rPr>
          <w:rFonts w:ascii="Arial" w:hAnsi="Arial" w:eastAsia="Arial"/>
          <w:b w:val="0"/>
          <w:i w:val="0"/>
          <w:color w:val="000000"/>
          <w:sz w:val="17"/>
        </w:rPr>
        <w:t>-</w:t>
      </w:r>
    </w:p>
    <w:p>
      <w:pPr>
        <w:widowControl/>
        <w:wordWrap w:val="0"/>
        <w:autoSpaceDE w:val="0"/>
        <w:autoSpaceDN w:val="0"/>
        <w:spacing w:line="130" w:lineRule="exact" w:before="41" w:after="89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3"/>
        </w:rPr>
        <w:t>]</w:t>
      </w:r>
      <w:r>
        <w:rPr>
          <w:rFonts w:ascii="Arial" w:hAnsi="Arial" w:eastAsia="Arial"/>
          <w:b w:val="0"/>
          <w:i w:val="0"/>
          <w:color w:val="000000"/>
          <w:sz w:val="13"/>
        </w:rPr>
        <w:t>2</w:t>
      </w:r>
      <w:r>
        <w:rPr>
          <w:rFonts w:ascii="Arial" w:hAnsi="Arial" w:eastAsia="Arial"/>
          <w:b w:val="0"/>
          <w:i w:val="0"/>
          <w:color w:val="000000"/>
          <w:sz w:val="13"/>
        </w:rPr>
        <w:t>s</w:t>
      </w:r>
      <w:r>
        <w:rPr>
          <w:rFonts w:ascii="Arial" w:hAnsi="Arial" w:eastAsia="Arial"/>
          <w:b w:val="0"/>
          <w:i w:val="0"/>
          <w:color w:val="000000"/>
          <w:sz w:val="13"/>
        </w:rPr>
        <w:t>coia</w:t>
      </w:r>
    </w:p>
    <w:p>
      <w:pPr>
        <w:widowControl/>
        <w:wordWrap w:val="0"/>
        <w:autoSpaceDE w:val="0"/>
        <w:autoSpaceDN w:val="0"/>
        <w:spacing w:line="170" w:lineRule="exact" w:before="179" w:after="43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3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5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Times New Roman" w:hAnsi="Times New Roman" w:eastAsia="Times New Roman"/>
          <w:b w:val="0"/>
          <w:color w:val="000000"/>
          <w:spacing w:val="3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FAIXA</w:t>
      </w:r>
      <w:r>
        <w:rPr>
          <w:rFonts w:ascii="Times New Roman" w:hAnsi="Times New Roman" w:eastAsia="Times New Roman"/>
          <w:b w:val="0"/>
          <w:color w:val="000000"/>
          <w:spacing w:val="14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ETÁRIA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19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até</w:t>
      </w:r>
      <w:r>
        <w:rPr>
          <w:rFonts w:ascii="Times New Roman" w:hAnsi="Times New Roman" w:eastAsia="Times New Roman"/>
          <w:b w:val="0"/>
          <w:color w:val="000000"/>
          <w:spacing w:val="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04</w:t>
      </w:r>
      <w:r>
        <w:rPr>
          <w:rFonts w:ascii="Times New Roman" w:hAnsi="Times New Roman" w:eastAsia="Times New Roman"/>
          <w:b w:val="0"/>
          <w:color w:val="000000"/>
          <w:spacing w:val="2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(</w:t>
      </w:r>
      <w:r>
        <w:rPr>
          <w:rFonts w:ascii="Arial" w:hAnsi="Arial" w:eastAsia="Arial"/>
          <w:b w:val="0"/>
          <w:i w:val="0"/>
          <w:color w:val="000000"/>
          <w:sz w:val="17"/>
        </w:rPr>
        <w:t>quatro</w:t>
      </w:r>
      <w:r>
        <w:rPr>
          <w:rFonts w:ascii="Arial" w:hAnsi="Arial" w:eastAsia="Arial"/>
          <w:b w:val="0"/>
          <w:i w:val="0"/>
          <w:color w:val="000000"/>
          <w:sz w:val="17"/>
        </w:rPr>
        <w:t>)</w:t>
      </w:r>
      <w:r>
        <w:rPr>
          <w:rFonts w:ascii="Times New Roman" w:hAnsi="Times New Roman" w:eastAsia="Times New Roman"/>
          <w:b w:val="0"/>
          <w:color w:val="000000"/>
          <w:spacing w:val="6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anos</w:t>
      </w:r>
      <w:r>
        <w:rPr>
          <w:rFonts w:ascii="Times New Roman" w:hAnsi="Times New Roman" w:eastAsia="Times New Roman"/>
          <w:b w:val="0"/>
          <w:color w:val="000000"/>
          <w:spacing w:val="-1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</w:t>
      </w:r>
      <w:r>
        <w:rPr>
          <w:rFonts w:ascii="Times New Roman" w:hAnsi="Times New Roman" w:eastAsia="Times New Roman"/>
          <w:b w:val="0"/>
          <w:color w:val="000000"/>
          <w:spacing w:val="2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idade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</w:p>
    <w:p>
      <w:pPr>
        <w:widowControl/>
        <w:wordWrap w:val="0"/>
        <w:autoSpaceDE w:val="0"/>
        <w:autoSpaceDN w:val="0"/>
        <w:spacing w:line="200" w:lineRule="exact" w:before="86" w:after="28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3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Arial" w:hAnsi="Arial" w:eastAsia="Arial"/>
          <w:b w:val="0"/>
          <w:i w:val="0"/>
          <w:color w:val="000000"/>
          <w:sz w:val="20"/>
        </w:rPr>
        <w:t>6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7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DO</w:t>
      </w:r>
      <w:r>
        <w:rPr>
          <w:rFonts w:ascii="Times New Roman" w:hAnsi="Times New Roman" w:eastAsia="Times New Roman"/>
          <w:b w:val="0"/>
          <w:color w:val="000000"/>
          <w:spacing w:val="30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"</w:t>
      </w:r>
      <w:r>
        <w:rPr>
          <w:rFonts w:ascii="Arial" w:hAnsi="Arial" w:eastAsia="Arial"/>
          <w:b w:val="0"/>
          <w:i w:val="0"/>
          <w:color w:val="000000"/>
          <w:sz w:val="20"/>
        </w:rPr>
        <w:t>PER</w:t>
      </w:r>
      <w:r>
        <w:rPr>
          <w:rFonts w:ascii="Times New Roman" w:hAnsi="Times New Roman" w:eastAsia="Times New Roman"/>
          <w:b w:val="0"/>
          <w:color w:val="000000"/>
          <w:spacing w:val="2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CAPITA</w:t>
      </w:r>
      <w:r>
        <w:rPr>
          <w:rFonts w:ascii="Arial" w:hAnsi="Arial" w:eastAsia="Arial"/>
          <w:b w:val="0"/>
          <w:i w:val="0"/>
          <w:color w:val="000000"/>
          <w:sz w:val="20"/>
        </w:rPr>
        <w:t>":</w:t>
      </w:r>
      <w:r>
        <w:rPr>
          <w:rFonts w:ascii="Times New Roman" w:hAnsi="Times New Roman" w:eastAsia="Times New Roman"/>
          <w:b w:val="0"/>
          <w:color w:val="000000"/>
          <w:spacing w:val="12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R</w:t>
      </w:r>
      <w:r>
        <w:rPr>
          <w:rFonts w:ascii="Arial" w:hAnsi="Arial" w:eastAsia="Arial"/>
          <w:b w:val="0"/>
          <w:i w:val="0"/>
          <w:color w:val="000000"/>
          <w:sz w:val="20"/>
        </w:rPr>
        <w:t>$</w:t>
      </w:r>
      <w:r>
        <w:rPr>
          <w:rFonts w:ascii="Times New Roman" w:hAnsi="Times New Roman" w:eastAsia="Times New Roman"/>
          <w:b w:val="0"/>
          <w:color w:val="000000"/>
          <w:spacing w:val="1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674</w:t>
      </w:r>
      <w:r>
        <w:rPr>
          <w:rFonts w:ascii="Arial" w:hAnsi="Arial" w:eastAsia="Arial"/>
          <w:b w:val="0"/>
          <w:i w:val="0"/>
          <w:color w:val="000000"/>
          <w:sz w:val="20"/>
        </w:rPr>
        <w:t>,</w:t>
      </w:r>
      <w:r>
        <w:rPr>
          <w:rFonts w:ascii="Arial" w:hAnsi="Arial" w:eastAsia="Arial"/>
          <w:b w:val="0"/>
          <w:i w:val="0"/>
          <w:color w:val="000000"/>
          <w:sz w:val="20"/>
        </w:rPr>
        <w:t>00</w:t>
      </w:r>
      <w:r>
        <w:rPr>
          <w:rFonts w:ascii="Arial" w:hAnsi="Arial" w:eastAsia="Arial"/>
          <w:b w:val="0"/>
          <w:i w:val="0"/>
          <w:color w:val="000000"/>
          <w:sz w:val="20"/>
        </w:rPr>
        <w:t>,</w:t>
      </w:r>
      <w:r>
        <w:rPr>
          <w:rFonts w:ascii="Arial" w:hAnsi="Arial" w:eastAsia="Arial"/>
          <w:b w:val="0"/>
          <w:i w:val="0"/>
          <w:color w:val="000000"/>
          <w:sz w:val="20"/>
        </w:rPr>
        <w:t>por</w:t>
      </w:r>
      <w:r>
        <w:rPr>
          <w:rFonts w:ascii="Times New Roman" w:hAnsi="Times New Roman" w:eastAsia="Times New Roman"/>
          <w:b w:val="0"/>
          <w:color w:val="000000"/>
          <w:spacing w:val="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vaga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Arial" w:hAnsi="Arial" w:eastAsia="Arial"/>
          <w:b w:val="0"/>
          <w:i w:val="0"/>
          <w:color w:val="000000"/>
          <w:spacing w:val="-11"/>
          <w:sz w:val="20"/>
        </w:rPr>
        <w:t>acrescidod</w:t>
      </w:r>
      <w:r>
        <w:rPr>
          <w:rFonts w:ascii="Times New Roman" w:hAnsi="Times New Roman" w:eastAsia="Times New Roman"/>
          <w:b w:val="0"/>
          <w:color w:val="000000"/>
          <w:spacing w:val="25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2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R</w:t>
      </w:r>
      <w:r>
        <w:rPr>
          <w:rFonts w:ascii="Arial" w:hAnsi="Arial" w:eastAsia="Arial"/>
          <w:b w:val="0"/>
          <w:i w:val="0"/>
          <w:color w:val="000000"/>
          <w:sz w:val="20"/>
        </w:rPr>
        <w:t>$</w:t>
      </w:r>
      <w:r>
        <w:rPr>
          <w:rFonts w:ascii="Times New Roman" w:hAnsi="Times New Roman" w:eastAsia="Times New Roman"/>
          <w:b w:val="0"/>
          <w:color w:val="000000"/>
          <w:spacing w:val="-6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245</w:t>
      </w:r>
      <w:r>
        <w:rPr>
          <w:rFonts w:ascii="Arial" w:hAnsi="Arial" w:eastAsia="Arial"/>
          <w:b w:val="0"/>
          <w:i w:val="0"/>
          <w:color w:val="000000"/>
          <w:sz w:val="20"/>
        </w:rPr>
        <w:t>,</w:t>
      </w:r>
      <w:r>
        <w:rPr>
          <w:rFonts w:ascii="Arial" w:hAnsi="Arial" w:eastAsia="Arial"/>
          <w:b w:val="0"/>
          <w:i w:val="0"/>
          <w:color w:val="000000"/>
          <w:sz w:val="20"/>
        </w:rPr>
        <w:t>00</w:t>
      </w:r>
      <w:r>
        <w:rPr>
          <w:rFonts w:ascii="Arial" w:hAnsi="Arial" w:eastAsia="Arial"/>
          <w:b w:val="0"/>
          <w:i w:val="0"/>
          <w:color w:val="000000"/>
          <w:sz w:val="20"/>
        </w:rPr>
        <w:t>(</w:t>
      </w:r>
      <w:r>
        <w:rPr>
          <w:rFonts w:ascii="Arial" w:hAnsi="Arial" w:eastAsia="Arial"/>
          <w:b w:val="0"/>
          <w:i w:val="0"/>
          <w:color w:val="000000"/>
          <w:spacing w:val="-12"/>
          <w:sz w:val="20"/>
        </w:rPr>
        <w:t>duzentose</w:t>
      </w:r>
    </w:p>
    <w:p>
      <w:pPr>
        <w:widowControl/>
        <w:wordWrap w:val="0"/>
        <w:autoSpaceDE w:val="0"/>
        <w:autoSpaceDN w:val="0"/>
        <w:spacing w:line="180" w:lineRule="exact" w:before="55" w:after="58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por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criança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atendida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em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berçário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ou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ll</w:t>
      </w:r>
    </w:p>
    <w:p>
      <w:pPr>
        <w:widowControl/>
        <w:wordWrap w:val="0"/>
        <w:autoSpaceDE w:val="0"/>
        <w:autoSpaceDN w:val="0"/>
        <w:spacing w:line="160" w:lineRule="exact" w:before="115" w:after="18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6"/>
        </w:rPr>
        <w:t>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z w:val="16"/>
        </w:rPr>
        <w:t>7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  <w:r>
        <w:rPr>
          <w:rFonts w:ascii="Times New Roman" w:hAnsi="Times New Roman" w:eastAsia="Times New Roman"/>
          <w:b w:val="0"/>
          <w:color w:val="000000"/>
          <w:spacing w:val="5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19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MENSAL</w:t>
      </w:r>
      <w:r>
        <w:rPr>
          <w:rFonts w:ascii="Arial" w:hAnsi="Arial" w:eastAsia="Arial"/>
          <w:b w:val="0"/>
          <w:i w:val="0"/>
          <w:color w:val="000000"/>
          <w:sz w:val="16"/>
        </w:rPr>
        <w:t>:</w:t>
      </w:r>
      <w:r>
        <w:rPr>
          <w:rFonts w:ascii="Times New Roman" w:hAnsi="Times New Roman" w:eastAsia="Times New Roman"/>
          <w:b w:val="0"/>
          <w:color w:val="000000"/>
          <w:spacing w:val="23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]</w:t>
      </w:r>
      <w:r>
        <w:rPr>
          <w:rFonts w:ascii="Times New Roman" w:hAnsi="Times New Roman" w:eastAsia="Times New Roman"/>
          <w:b w:val="0"/>
          <w:color w:val="000000"/>
          <w:spacing w:val="1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43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z w:val="16"/>
        </w:rPr>
        <w:t>430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Arial" w:hAnsi="Arial" w:eastAsia="Arial"/>
          <w:b w:val="0"/>
          <w:i w:val="0"/>
          <w:color w:val="000000"/>
          <w:sz w:val="16"/>
        </w:rPr>
        <w:t>00</w:t>
      </w:r>
      <w:r>
        <w:rPr>
          <w:rFonts w:ascii="Arial" w:hAnsi="Arial" w:eastAsia="Arial"/>
          <w:b w:val="0"/>
          <w:i w:val="0"/>
          <w:color w:val="000000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z w:val="16"/>
        </w:rPr>
        <w:t>cento</w:t>
      </w:r>
      <w:r>
        <w:rPr>
          <w:rFonts w:ascii="Times New Roman" w:hAnsi="Times New Roman" w:eastAsia="Times New Roman"/>
          <w:b w:val="0"/>
          <w:color w:val="000000"/>
          <w:spacing w:val="14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três</w:t>
      </w:r>
      <w:r>
        <w:rPr>
          <w:rFonts w:ascii="Arial" w:hAnsi="Arial" w:eastAsia="Arial"/>
          <w:b w:val="0"/>
          <w:i w:val="0"/>
          <w:color w:val="000000"/>
          <w:sz w:val="16"/>
        </w:rPr>
        <w:t>mil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quatrocentos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trinta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reais</w:t>
      </w:r>
      <w:r>
        <w:rPr>
          <w:rFonts w:ascii="Arial" w:hAnsi="Arial" w:eastAsia="Arial"/>
          <w:b w:val="0"/>
          <w:i w:val="0"/>
          <w:color w:val="000000"/>
          <w:sz w:val="16"/>
        </w:rPr>
        <w:t>).</w:t>
      </w:r>
    </w:p>
    <w:p>
      <w:pPr>
        <w:widowControl/>
        <w:wordWrap w:val="0"/>
        <w:autoSpaceDE w:val="0"/>
        <w:autoSpaceDN w:val="0"/>
        <w:spacing w:line="190" w:lineRule="exact" w:before="36" w:after="37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3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8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8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MENSAL</w:t>
      </w:r>
      <w:r>
        <w:rPr>
          <w:rFonts w:ascii="Times New Roman" w:hAnsi="Times New Roman" w:eastAsia="Times New Roman"/>
          <w:b w:val="0"/>
          <w:color w:val="000000"/>
          <w:spacing w:val="-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DO</w:t>
      </w:r>
      <w:r>
        <w:rPr>
          <w:rFonts w:ascii="Arial" w:hAnsi="Arial" w:eastAsia="Arial"/>
          <w:b w:val="0"/>
          <w:i w:val="0"/>
          <w:color w:val="000000"/>
          <w:sz w:val="19"/>
        </w:rPr>
        <w:t>ACRÉSCIMO</w:t>
      </w:r>
      <w:r>
        <w:rPr>
          <w:rFonts w:ascii="Times New Roman" w:hAnsi="Times New Roman" w:eastAsia="Times New Roman"/>
          <w:b w:val="0"/>
          <w:color w:val="000000"/>
          <w:spacing w:val="-18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PARA</w:t>
      </w:r>
      <w:r>
        <w:rPr>
          <w:rFonts w:ascii="Arial" w:hAnsi="Arial" w:eastAsia="Arial"/>
          <w:b w:val="0"/>
          <w:i w:val="0"/>
          <w:color w:val="000000"/>
          <w:spacing w:val="-13"/>
          <w:sz w:val="19"/>
        </w:rPr>
        <w:t>CUSTEARL</w:t>
      </w:r>
      <w:r>
        <w:rPr>
          <w:rFonts w:ascii="Times New Roman" w:hAnsi="Times New Roman" w:eastAsia="Times New Roman"/>
          <w:b w:val="0"/>
          <w:color w:val="000000"/>
          <w:spacing w:val="50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OCAÇÃO</w:t>
      </w:r>
      <w:r>
        <w:rPr>
          <w:rFonts w:ascii="Times New Roman" w:hAnsi="Times New Roman" w:eastAsia="Times New Roman"/>
          <w:b w:val="0"/>
          <w:color w:val="000000"/>
          <w:spacing w:val="-1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-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IPTU</w:t>
      </w:r>
      <w:r>
        <w:rPr>
          <w:rFonts w:ascii="Arial" w:hAnsi="Arial" w:eastAsia="Arial"/>
          <w:b w:val="0"/>
          <w:i w:val="0"/>
          <w:color w:val="000000"/>
          <w:sz w:val="19"/>
        </w:rPr>
        <w:t>:</w:t>
      </w:r>
      <w:r>
        <w:rPr>
          <w:rFonts w:ascii="Times New Roman" w:hAnsi="Times New Roman" w:eastAsia="Times New Roman"/>
          <w:b w:val="0"/>
          <w:color w:val="000000"/>
          <w:spacing w:val="4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0</w:t>
      </w:r>
      <w:r>
        <w:rPr>
          <w:rFonts w:ascii="Times New Roman" w:hAnsi="Times New Roman" w:eastAsia="Times New Roman"/>
          <w:b w:val="0"/>
          <w:color w:val="000000"/>
          <w:spacing w:val="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EM</w:t>
      </w:r>
      <w:r>
        <w:rPr>
          <w:rFonts w:ascii="Times New Roman" w:hAnsi="Times New Roman" w:eastAsia="Times New Roman"/>
          <w:b w:val="0"/>
          <w:color w:val="000000"/>
          <w:spacing w:val="8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PARCELAS</w:t>
      </w:r>
    </w:p>
    <w:p>
      <w:pPr>
        <w:widowControl/>
        <w:wordWrap w:val="0"/>
        <w:autoSpaceDE w:val="0"/>
        <w:autoSpaceDN w:val="0"/>
        <w:spacing w:line="210" w:lineRule="exact" w:before="74" w:after="3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9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Times New Roman" w:hAnsi="Times New Roman" w:eastAsia="Times New Roman"/>
          <w:b w:val="0"/>
          <w:color w:val="000000"/>
          <w:spacing w:val="-2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1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DO</w:t>
      </w:r>
      <w:r>
        <w:rPr>
          <w:rFonts w:ascii="Times New Roman" w:hAnsi="Times New Roman" w:eastAsia="Times New Roman"/>
          <w:b w:val="0"/>
          <w:color w:val="000000"/>
          <w:spacing w:val="1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0"/>
          <w:sz w:val="21"/>
        </w:rPr>
        <w:t>REPASSEQ</w:t>
      </w:r>
      <w:r>
        <w:rPr>
          <w:rFonts w:ascii="Times New Roman" w:hAnsi="Times New Roman" w:eastAsia="Times New Roman"/>
          <w:b w:val="0"/>
          <w:color w:val="000000"/>
          <w:spacing w:val="7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UADRIMESTRAL</w:t>
      </w:r>
      <w:r>
        <w:rPr>
          <w:rFonts w:ascii="Arial" w:hAnsi="Arial" w:eastAsia="Arial"/>
          <w:b w:val="0"/>
          <w:i w:val="0"/>
          <w:color w:val="000000"/>
          <w:sz w:val="21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R</w:t>
      </w:r>
      <w:r>
        <w:rPr>
          <w:rFonts w:ascii="Arial" w:hAnsi="Arial" w:eastAsia="Arial"/>
          <w:b w:val="0"/>
          <w:i w:val="0"/>
          <w:color w:val="000000"/>
          <w:sz w:val="21"/>
        </w:rPr>
        <w:t>$</w:t>
      </w:r>
      <w:r>
        <w:rPr>
          <w:rFonts w:ascii="Times New Roman" w:hAnsi="Times New Roman" w:eastAsia="Times New Roman"/>
          <w:b w:val="0"/>
          <w:color w:val="000000"/>
          <w:spacing w:val="-1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573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720</w:t>
      </w:r>
      <w:r>
        <w:rPr>
          <w:rFonts w:ascii="Arial" w:hAnsi="Arial" w:eastAsia="Arial"/>
          <w:b w:val="0"/>
          <w:i w:val="0"/>
          <w:color w:val="000000"/>
          <w:sz w:val="21"/>
        </w:rPr>
        <w:t>,</w:t>
      </w:r>
      <w:r>
        <w:rPr>
          <w:rFonts w:ascii="Arial" w:hAnsi="Arial" w:eastAsia="Arial"/>
          <w:b w:val="0"/>
          <w:i w:val="0"/>
          <w:color w:val="000000"/>
          <w:spacing w:val="-45"/>
          <w:sz w:val="21"/>
        </w:rPr>
        <w:t>00</w:t>
      </w:r>
      <w:r>
        <w:rPr>
          <w:rFonts w:ascii="Arial" w:hAnsi="Arial" w:eastAsia="Arial"/>
          <w:b w:val="0"/>
          <w:i w:val="0"/>
          <w:color w:val="000000"/>
          <w:sz w:val="21"/>
        </w:rPr>
        <w:t>(</w:t>
      </w:r>
      <w:r>
        <w:rPr>
          <w:rFonts w:ascii="Arial" w:hAnsi="Arial" w:eastAsia="Arial"/>
          <w:b w:val="0"/>
          <w:i w:val="0"/>
          <w:color w:val="000000"/>
          <w:spacing w:val="-96"/>
          <w:sz w:val="21"/>
        </w:rPr>
        <w:t>q</w:t>
      </w:r>
      <w:r>
        <w:rPr>
          <w:rFonts w:ascii="Times New Roman" w:hAnsi="Times New Roman" w:eastAsia="Times New Roman"/>
          <w:b w:val="0"/>
          <w:color w:val="000000"/>
          <w:spacing w:val="4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2"/>
          <w:sz w:val="21"/>
        </w:rPr>
        <w:t>uinhentose</w:t>
      </w:r>
      <w:r>
        <w:rPr>
          <w:rFonts w:ascii="Times New Roman" w:hAnsi="Times New Roman" w:eastAsia="Times New Roman"/>
          <w:b w:val="0"/>
          <w:color w:val="000000"/>
          <w:spacing w:val="30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5"/>
          <w:sz w:val="21"/>
        </w:rPr>
        <w:t>setentae</w:t>
      </w:r>
      <w:r>
        <w:rPr>
          <w:rFonts w:ascii="Times New Roman" w:hAnsi="Times New Roman" w:eastAsia="Times New Roman"/>
          <w:b w:val="0"/>
          <w:color w:val="000000"/>
          <w:spacing w:val="1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três</w:t>
      </w:r>
    </w:p>
    <w:p>
      <w:pPr>
        <w:widowControl/>
        <w:wordWrap w:val="0"/>
        <w:autoSpaceDE w:val="0"/>
        <w:autoSpaceDN w:val="0"/>
        <w:spacing w:line="170" w:lineRule="exact" w:before="61" w:after="33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mil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Times New Roman" w:hAnsi="Times New Roman" w:eastAsia="Times New Roman"/>
          <w:b w:val="0"/>
          <w:color w:val="000000"/>
          <w:spacing w:val="5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setecentos</w:t>
      </w:r>
      <w:r>
        <w:rPr>
          <w:rFonts w:ascii="Times New Roman" w:hAnsi="Times New Roman" w:eastAsia="Times New Roman"/>
          <w:b w:val="0"/>
          <w:color w:val="000000"/>
          <w:spacing w:val="15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reais</w:t>
      </w:r>
      <w:r>
        <w:rPr>
          <w:rFonts w:ascii="Arial" w:hAnsi="Arial" w:eastAsia="Arial"/>
          <w:b w:val="0"/>
          <w:i w:val="0"/>
          <w:color w:val="000000"/>
          <w:sz w:val="17"/>
        </w:rPr>
        <w:t>).</w:t>
      </w:r>
    </w:p>
    <w:p>
      <w:pPr>
        <w:widowControl/>
        <w:wordWrap w:val="0"/>
        <w:autoSpaceDE w:val="0"/>
        <w:autoSpaceDN w:val="0"/>
        <w:spacing w:line="200" w:lineRule="exact" w:before="66" w:after="2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3</w:t>
      </w:r>
      <w:r>
        <w:rPr>
          <w:rFonts w:ascii="Arial" w:hAnsi="Arial" w:eastAsia="Arial"/>
          <w:b w:val="0"/>
          <w:i w:val="0"/>
          <w:color w:val="000000"/>
          <w:sz w:val="20"/>
        </w:rPr>
        <w:t>.]</w:t>
      </w:r>
      <w:r>
        <w:rPr>
          <w:rFonts w:ascii="Times New Roman" w:hAnsi="Times New Roman" w:eastAsia="Times New Roman"/>
          <w:b w:val="0"/>
          <w:color w:val="000000"/>
          <w:spacing w:val="-1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0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Arial" w:hAnsi="Arial" w:eastAsia="Arial"/>
          <w:b w:val="0"/>
          <w:i w:val="0"/>
          <w:color w:val="000000"/>
          <w:sz w:val="20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5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DO</w:t>
      </w:r>
      <w:r>
        <w:rPr>
          <w:rFonts w:ascii="Arial" w:hAnsi="Arial" w:eastAsia="Arial"/>
          <w:b w:val="0"/>
          <w:i w:val="0"/>
          <w:color w:val="000000"/>
          <w:spacing w:val="-19"/>
          <w:sz w:val="20"/>
        </w:rPr>
        <w:t>REPASSEQ</w:t>
      </w:r>
      <w:r>
        <w:rPr>
          <w:rFonts w:ascii="Times New Roman" w:hAnsi="Times New Roman" w:eastAsia="Times New Roman"/>
          <w:b w:val="0"/>
          <w:color w:val="000000"/>
          <w:spacing w:val="10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UADRIMESTRAL</w:t>
      </w:r>
      <w:r>
        <w:rPr>
          <w:rFonts w:ascii="Arial" w:hAnsi="Arial" w:eastAsia="Arial"/>
          <w:b w:val="0"/>
          <w:i w:val="0"/>
          <w:color w:val="000000"/>
          <w:sz w:val="20"/>
        </w:rPr>
        <w:t>(</w:t>
      </w:r>
      <w:r>
        <w:rPr>
          <w:rFonts w:ascii="Arial" w:hAnsi="Arial" w:eastAsia="Arial"/>
          <w:b w:val="0"/>
          <w:i w:val="0"/>
          <w:color w:val="000000"/>
          <w:sz w:val="20"/>
        </w:rPr>
        <w:t>Liberado</w:t>
      </w:r>
      <w:r>
        <w:rPr>
          <w:rFonts w:ascii="Times New Roman" w:hAnsi="Times New Roman" w:eastAsia="Times New Roman"/>
          <w:b w:val="0"/>
          <w:color w:val="000000"/>
          <w:spacing w:val="143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em</w:t>
      </w:r>
      <w:r>
        <w:rPr>
          <w:rFonts w:ascii="Arial" w:hAnsi="Arial" w:eastAsia="Arial"/>
          <w:b w:val="0"/>
          <w:i w:val="0"/>
          <w:color w:val="000000"/>
          <w:sz w:val="20"/>
        </w:rPr>
        <w:t>Maio</w:t>
      </w:r>
      <w:r>
        <w:rPr>
          <w:rFonts w:ascii="Times New Roman" w:hAnsi="Times New Roman" w:eastAsia="Times New Roman"/>
          <w:b w:val="0"/>
          <w:color w:val="000000"/>
          <w:spacing w:val="-3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-2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w w:val="99"/>
          <w:sz w:val="20"/>
        </w:rPr>
        <w:t>Setembro</w:t>
      </w:r>
      <w:r>
        <w:rPr>
          <w:rFonts w:ascii="Arial" w:hAnsi="Arial" w:eastAsia="Arial"/>
          <w:b w:val="0"/>
          <w:i w:val="0"/>
          <w:color w:val="000000"/>
          <w:spacing w:val="-60"/>
          <w:sz w:val="20"/>
        </w:rPr>
        <w:t>-</w:t>
      </w:r>
      <w:r>
        <w:rPr>
          <w:rFonts w:ascii="Times New Roman" w:hAnsi="Times New Roman" w:eastAsia="Times New Roman"/>
          <w:b w:val="0"/>
          <w:color w:val="000000"/>
          <w:spacing w:val="10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-</w:t>
      </w:r>
      <w:r>
        <w:rPr>
          <w:rFonts w:ascii="Arial" w:hAnsi="Arial" w:eastAsia="Arial"/>
          <w:b w:val="0"/>
          <w:i w:val="0"/>
          <w:color w:val="000000"/>
          <w:sz w:val="20"/>
        </w:rPr>
        <w:t>conforme</w:t>
      </w:r>
    </w:p>
    <w:p>
      <w:pPr>
        <w:widowControl/>
        <w:wordWrap w:val="0"/>
        <w:autoSpaceDE w:val="0"/>
        <w:autoSpaceDN w:val="0"/>
        <w:spacing w:line="220" w:lineRule="exact" w:before="4" w:after="33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2"/>
        </w:rPr>
        <w:t>art</w:t>
      </w:r>
      <w:r>
        <w:rPr>
          <w:rFonts w:ascii="Arial" w:hAnsi="Arial" w:eastAsia="Arial"/>
          <w:b w:val="0"/>
          <w:i w:val="0"/>
          <w:color w:val="000000"/>
          <w:sz w:val="22"/>
        </w:rPr>
        <w:t>.</w:t>
      </w:r>
      <w:r>
        <w:rPr>
          <w:rFonts w:ascii="Times New Roman" w:hAnsi="Times New Roman" w:eastAsia="Times New Roman"/>
          <w:b w:val="0"/>
          <w:color w:val="000000"/>
          <w:spacing w:val="47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29</w:t>
      </w:r>
      <w:r>
        <w:rPr>
          <w:rFonts w:ascii="Arial" w:hAnsi="Arial" w:eastAsia="Arial"/>
          <w:b w:val="0"/>
          <w:i w:val="0"/>
          <w:color w:val="000000"/>
          <w:sz w:val="22"/>
        </w:rPr>
        <w:t>,</w:t>
      </w:r>
      <w:r>
        <w:rPr>
          <w:rFonts w:ascii="Times New Roman" w:hAnsi="Times New Roman" w:eastAsia="Times New Roman"/>
          <w:b w:val="0"/>
          <w:color w:val="000000"/>
          <w:spacing w:val="-1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parágrafo</w:t>
      </w:r>
      <w:r>
        <w:rPr>
          <w:rFonts w:ascii="Times New Roman" w:hAnsi="Times New Roman" w:eastAsia="Times New Roman"/>
          <w:b w:val="0"/>
          <w:color w:val="000000"/>
          <w:spacing w:val="-17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2</w:t>
      </w:r>
      <w:r>
        <w:rPr>
          <w:rFonts w:ascii="Arial" w:hAnsi="Arial" w:eastAsia="Arial"/>
          <w:b w:val="0"/>
          <w:i w:val="0"/>
          <w:color w:val="000000"/>
          <w:sz w:val="22"/>
        </w:rPr>
        <w:t>',</w:t>
      </w:r>
      <w:r>
        <w:rPr>
          <w:rFonts w:ascii="Times New Roman" w:hAnsi="Times New Roman" w:eastAsia="Times New Roman"/>
          <w:b w:val="0"/>
          <w:color w:val="000000"/>
          <w:spacing w:val="4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da</w:t>
      </w:r>
      <w:r>
        <w:rPr>
          <w:rFonts w:ascii="Times New Roman" w:hAnsi="Times New Roman" w:eastAsia="Times New Roman"/>
          <w:b w:val="0"/>
          <w:color w:val="000000"/>
          <w:spacing w:val="4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Portaria</w:t>
      </w:r>
      <w:r>
        <w:rPr>
          <w:rFonts w:ascii="Times New Roman" w:hAnsi="Times New Roman" w:eastAsia="Times New Roman"/>
          <w:b w:val="0"/>
          <w:color w:val="000000"/>
          <w:spacing w:val="1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n</w:t>
      </w:r>
      <w:r>
        <w:rPr>
          <w:rFonts w:ascii="Arial" w:hAnsi="Arial" w:eastAsia="Arial"/>
          <w:b w:val="0"/>
          <w:i w:val="0"/>
          <w:color w:val="000000"/>
          <w:sz w:val="22"/>
        </w:rPr>
        <w:t>'</w:t>
      </w:r>
      <w:r>
        <w:rPr>
          <w:rFonts w:ascii="Times New Roman" w:hAnsi="Times New Roman" w:eastAsia="Times New Roman"/>
          <w:b w:val="0"/>
          <w:color w:val="000000"/>
          <w:spacing w:val="61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063</w:t>
      </w:r>
      <w:r>
        <w:rPr>
          <w:rFonts w:ascii="Arial" w:hAnsi="Arial" w:eastAsia="Arial"/>
          <w:b w:val="0"/>
          <w:i w:val="0"/>
          <w:color w:val="000000"/>
          <w:sz w:val="22"/>
        </w:rPr>
        <w:t>/</w:t>
      </w:r>
      <w:r>
        <w:rPr>
          <w:rFonts w:ascii="Arial" w:hAnsi="Arial" w:eastAsia="Arial"/>
          <w:b w:val="0"/>
          <w:i w:val="0"/>
          <w:color w:val="000000"/>
          <w:sz w:val="22"/>
        </w:rPr>
        <w:t>202</w:t>
      </w:r>
      <w:r>
        <w:rPr>
          <w:rFonts w:ascii="Arial" w:hAnsi="Arial" w:eastAsia="Arial"/>
          <w:b w:val="0"/>
          <w:i w:val="0"/>
          <w:color w:val="000000"/>
          <w:sz w:val="22"/>
        </w:rPr>
        <w:t>}-</w:t>
      </w:r>
      <w:r>
        <w:rPr>
          <w:rFonts w:ascii="Arial" w:hAnsi="Arial" w:eastAsia="Arial"/>
          <w:b w:val="0"/>
          <w:i w:val="0"/>
          <w:color w:val="000000"/>
          <w:spacing w:val="-28"/>
          <w:sz w:val="22"/>
        </w:rPr>
        <w:t>SE</w:t>
      </w:r>
      <w:r>
        <w:rPr>
          <w:rFonts w:ascii="Arial" w:hAnsi="Arial" w:eastAsia="Arial"/>
          <w:b w:val="0"/>
          <w:i w:val="0"/>
          <w:color w:val="000000"/>
          <w:spacing w:val="-18"/>
          <w:sz w:val="22"/>
        </w:rPr>
        <w:t>-</w:t>
      </w:r>
      <w:r>
        <w:rPr>
          <w:rFonts w:ascii="Times New Roman" w:hAnsi="Times New Roman" w:eastAsia="Times New Roman"/>
          <w:b w:val="0"/>
          <w:color w:val="000000"/>
          <w:spacing w:val="7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com</w:t>
      </w:r>
      <w:r>
        <w:rPr>
          <w:rFonts w:ascii="Times New Roman" w:hAnsi="Times New Roman" w:eastAsia="Times New Roman"/>
          <w:b w:val="0"/>
          <w:color w:val="000000"/>
          <w:spacing w:val="9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2"/>
          <w:sz w:val="22"/>
        </w:rPr>
        <w:t>acréscimod</w:t>
      </w:r>
      <w:r>
        <w:rPr>
          <w:rFonts w:ascii="Times New Roman" w:hAnsi="Times New Roman" w:eastAsia="Times New Roman"/>
          <w:b w:val="0"/>
          <w:color w:val="000000"/>
          <w:spacing w:val="4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e</w:t>
      </w:r>
      <w:r>
        <w:rPr>
          <w:rFonts w:ascii="Times New Roman" w:hAnsi="Times New Roman" w:eastAsia="Times New Roman"/>
          <w:b w:val="0"/>
          <w:color w:val="000000"/>
          <w:spacing w:val="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50</w:t>
      </w:r>
      <w:r>
        <w:rPr>
          <w:rFonts w:ascii="Arial" w:hAnsi="Arial" w:eastAsia="Arial"/>
          <w:b w:val="0"/>
          <w:i w:val="0"/>
          <w:color w:val="000000"/>
          <w:sz w:val="22"/>
        </w:rPr>
        <w:t>%</w:t>
      </w:r>
      <w:r>
        <w:rPr>
          <w:rFonts w:ascii="Times New Roman" w:hAnsi="Times New Roman" w:eastAsia="Times New Roman"/>
          <w:b w:val="0"/>
          <w:color w:val="000000"/>
          <w:spacing w:val="2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do</w:t>
      </w:r>
      <w:r>
        <w:rPr>
          <w:rFonts w:ascii="Times New Roman" w:hAnsi="Times New Roman" w:eastAsia="Times New Roman"/>
          <w:b w:val="0"/>
          <w:color w:val="000000"/>
          <w:spacing w:val="2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valor</w:t>
      </w:r>
    </w:p>
    <w:p>
      <w:pPr>
        <w:widowControl/>
        <w:wordWrap w:val="0"/>
        <w:autoSpaceDE w:val="0"/>
        <w:autoSpaceDN w:val="0"/>
        <w:spacing w:line="160" w:lineRule="exact" w:before="67" w:after="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6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20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a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01</w:t>
      </w:r>
      <w:r>
        <w:rPr>
          <w:rFonts w:ascii="Times New Roman" w:hAnsi="Times New Roman" w:eastAsia="Times New Roman"/>
          <w:b w:val="0"/>
          <w:color w:val="000000"/>
          <w:spacing w:val="42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m</w:t>
      </w:r>
      <w:r>
        <w:rPr>
          <w:rFonts w:ascii="Times New Roman" w:hAnsi="Times New Roman" w:eastAsia="Times New Roman"/>
          <w:b w:val="0"/>
          <w:color w:val="000000"/>
          <w:spacing w:val="-1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ês</w:t>
      </w:r>
      <w:r>
        <w:rPr>
          <w:rFonts w:ascii="Arial" w:hAnsi="Arial" w:eastAsia="Arial"/>
          <w:b w:val="0"/>
          <w:i w:val="0"/>
          <w:color w:val="000000"/>
          <w:sz w:val="16"/>
        </w:rPr>
        <w:t>):</w:t>
      </w:r>
      <w:r>
        <w:rPr>
          <w:rFonts w:ascii="Times New Roman" w:hAnsi="Times New Roman" w:eastAsia="Times New Roman"/>
          <w:b w:val="0"/>
          <w:color w:val="000000"/>
          <w:spacing w:val="33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645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z w:val="16"/>
        </w:rPr>
        <w:t>435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Arial" w:hAnsi="Arial" w:eastAsia="Arial"/>
          <w:b w:val="0"/>
          <w:i w:val="0"/>
          <w:color w:val="000000"/>
          <w:sz w:val="16"/>
        </w:rPr>
        <w:t>00</w:t>
      </w:r>
      <w:r>
        <w:rPr>
          <w:rFonts w:ascii="Times New Roman" w:hAnsi="Times New Roman" w:eastAsia="Times New Roman"/>
          <w:b w:val="0"/>
          <w:color w:val="000000"/>
          <w:spacing w:val="11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(</w:t>
      </w:r>
      <w:r>
        <w:rPr>
          <w:rFonts w:ascii="Arial" w:hAnsi="Arial" w:eastAsia="Arial"/>
          <w:b w:val="0"/>
          <w:i w:val="0"/>
          <w:color w:val="000000"/>
          <w:spacing w:val="-8"/>
          <w:sz w:val="16"/>
        </w:rPr>
        <w:t>seiscentose</w:t>
      </w:r>
      <w:r>
        <w:rPr>
          <w:rFonts w:ascii="Times New Roman" w:hAnsi="Times New Roman" w:eastAsia="Times New Roman"/>
          <w:b w:val="0"/>
          <w:color w:val="000000"/>
          <w:spacing w:val="7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Arial" w:hAnsi="Arial" w:eastAsia="Arial"/>
          <w:b w:val="0"/>
          <w:i w:val="0"/>
          <w:color w:val="000000"/>
          <w:sz w:val="16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mil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1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quatrocentos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trinta</w:t>
      </w:r>
      <w:r>
        <w:rPr>
          <w:rFonts w:ascii="Times New Roman" w:hAnsi="Times New Roman" w:eastAsia="Times New Roman"/>
          <w:b w:val="0"/>
          <w:color w:val="000000"/>
          <w:spacing w:val="24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cinco</w:t>
      </w:r>
    </w:p>
    <w:p>
      <w:pPr>
        <w:spacing w:after="0"/>
        <w:sectPr>
          <w:type w:val="continuous"/>
          <w:pgSz w:w="11900" w:h="16840"/>
          <w:pgMar w:top="400" w:right="1324" w:bottom="733" w:left="540" w:header="720" w:footer="720" w:gutter="0"/>
          <w:cols w:space="720" w:num="1" w:equalWidth="0">
            <w:col w:w="10036" w:space="0"/>
            <w:col w:w="37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19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202" w:lineRule="exact" w:before="425" w:after="105"/>
        <w:ind w:left="5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Rubrica</w:t>
      </w:r>
      <w:r>
        <w:rPr>
          <w:rFonts w:ascii="Times New Roman" w:hAnsi="Times New Roman" w:eastAsia="Times New Roman"/>
          <w:b w:val="0"/>
          <w:color w:val="000000"/>
          <w:spacing w:val="141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Fls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Times New Roman" w:hAnsi="Times New Roman" w:eastAsia="Times New Roman"/>
          <w:b w:val="0"/>
          <w:color w:val="000000"/>
          <w:spacing w:val="6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}</w:t>
      </w:r>
      <w:r>
        <w:rPr>
          <w:rFonts w:ascii="Times New Roman" w:hAnsi="Times New Roman" w:eastAsia="Times New Roman"/>
          <w:b w:val="0"/>
          <w:color w:val="000000"/>
          <w:spacing w:val="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(.</w:t>
      </w:r>
      <w:r>
        <w:rPr>
          <w:rFonts w:ascii="Arial" w:hAnsi="Arial" w:eastAsia="Arial"/>
          <w:b w:val="0"/>
          <w:i w:val="0"/>
          <w:color w:val="000000"/>
          <w:sz w:val="19"/>
        </w:rPr>
        <w:t>2o</w:t>
      </w:r>
    </w:p>
    <w:p>
      <w:pPr>
        <w:widowControl/>
        <w:wordWrap w:val="0"/>
        <w:autoSpaceDE w:val="0"/>
        <w:autoSpaceDN w:val="0"/>
        <w:spacing w:line="208" w:lineRule="exact" w:before="210" w:after="147"/>
        <w:ind w:left="59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Classif</w:t>
      </w:r>
      <w:r>
        <w:rPr>
          <w:rFonts w:ascii="Arial" w:hAnsi="Arial" w:eastAsia="Arial"/>
          <w:b w:val="0"/>
          <w:i w:val="0"/>
          <w:color w:val="000000"/>
          <w:sz w:val="19"/>
        </w:rPr>
        <w:t>.:</w:t>
      </w:r>
      <w:r>
        <w:rPr>
          <w:rFonts w:ascii="Times New Roman" w:hAnsi="Times New Roman" w:eastAsia="Times New Roman"/>
          <w:b w:val="0"/>
          <w:color w:val="000000"/>
          <w:spacing w:val="-2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A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Times New Roman" w:hAnsi="Times New Roman" w:eastAsia="Times New Roman"/>
          <w:b w:val="0"/>
          <w:color w:val="000000"/>
          <w:spacing w:val="81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'.</w:t>
      </w:r>
      <w:r>
        <w:rPr>
          <w:rFonts w:ascii="Times New Roman" w:hAnsi="Times New Roman" w:eastAsia="Times New Roman"/>
          <w:b w:val="0"/>
          <w:color w:val="000000"/>
          <w:spacing w:val="6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34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908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202</w:t>
      </w:r>
      <w:r>
        <w:rPr>
          <w:rFonts w:ascii="Arial" w:hAnsi="Arial" w:eastAsia="Arial"/>
          <w:b w:val="0"/>
          <w:i w:val="0"/>
          <w:color w:val="000000"/>
          <w:sz w:val="18"/>
        </w:rPr>
        <w:t>!</w:t>
      </w:r>
    </w:p>
    <w:p>
      <w:pPr>
        <w:widowControl/>
        <w:wordWrap w:val="0"/>
        <w:autoSpaceDE w:val="0"/>
        <w:autoSpaceDN w:val="0"/>
        <w:spacing w:line="290" w:lineRule="exact" w:before="294" w:after="282"/>
        <w:ind w:left="20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9"/>
        </w:rPr>
        <w:t>GUARÜLHOS</w:t>
      </w:r>
    </w:p>
    <w:p>
      <w:pPr>
        <w:widowControl/>
        <w:wordWrap w:val="0"/>
        <w:autoSpaceDE w:val="0"/>
        <w:autoSpaceDN w:val="0"/>
        <w:spacing w:line="170" w:lineRule="exact" w:before="564" w:after="21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reais</w:t>
      </w:r>
      <w:r>
        <w:rPr>
          <w:rFonts w:ascii="Arial" w:hAnsi="Arial" w:eastAsia="Arial"/>
          <w:b w:val="0"/>
          <w:i w:val="0"/>
          <w:color w:val="000000"/>
          <w:sz w:val="17"/>
        </w:rPr>
        <w:t>),</w:t>
      </w:r>
      <w:r>
        <w:rPr>
          <w:rFonts w:ascii="Arial" w:hAnsi="Arial" w:eastAsia="Arial"/>
          <w:b w:val="0"/>
          <w:i w:val="0"/>
          <w:color w:val="000000"/>
          <w:sz w:val="17"/>
        </w:rPr>
        <w:t>sendo</w:t>
      </w:r>
      <w:r>
        <w:rPr>
          <w:rFonts w:ascii="Times New Roman" w:hAnsi="Times New Roman" w:eastAsia="Times New Roman"/>
          <w:b w:val="0"/>
          <w:color w:val="000000"/>
          <w:spacing w:val="1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o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contido</w:t>
      </w:r>
      <w:r>
        <w:rPr>
          <w:rFonts w:ascii="Times New Roman" w:hAnsi="Times New Roman" w:eastAsia="Times New Roman"/>
          <w:b w:val="0"/>
          <w:color w:val="000000"/>
          <w:spacing w:val="6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dentro</w:t>
      </w:r>
      <w:r>
        <w:rPr>
          <w:rFonts w:ascii="Times New Roman" w:hAnsi="Times New Roman" w:eastAsia="Times New Roman"/>
          <w:b w:val="0"/>
          <w:color w:val="000000"/>
          <w:spacing w:val="3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deste</w:t>
      </w:r>
      <w:r>
        <w:rPr>
          <w:rFonts w:ascii="Times New Roman" w:hAnsi="Times New Roman" w:eastAsia="Times New Roman"/>
          <w:b w:val="0"/>
          <w:color w:val="000000"/>
          <w:spacing w:val="-1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valor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8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</w:t>
      </w:r>
      <w:r>
        <w:rPr>
          <w:rFonts w:ascii="Arial" w:hAnsi="Arial" w:eastAsia="Arial"/>
          <w:b w:val="0"/>
          <w:i w:val="0"/>
          <w:color w:val="000000"/>
          <w:sz w:val="17"/>
        </w:rPr>
        <w:t>$</w:t>
      </w:r>
      <w:r>
        <w:rPr>
          <w:rFonts w:ascii="Times New Roman" w:hAnsi="Times New Roman" w:eastAsia="Times New Roman"/>
          <w:b w:val="0"/>
          <w:color w:val="000000"/>
          <w:spacing w:val="2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573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720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Arial" w:hAnsi="Arial" w:eastAsia="Arial"/>
          <w:b w:val="0"/>
          <w:i w:val="0"/>
          <w:color w:val="000000"/>
          <w:sz w:val="17"/>
        </w:rPr>
        <w:t>00</w:t>
      </w:r>
      <w:r>
        <w:rPr>
          <w:rFonts w:ascii="Times New Roman" w:hAnsi="Times New Roman" w:eastAsia="Times New Roman"/>
          <w:b w:val="0"/>
          <w:color w:val="000000"/>
          <w:spacing w:val="67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(</w:t>
      </w:r>
      <w:r>
        <w:rPr>
          <w:rFonts w:ascii="Arial" w:hAnsi="Arial" w:eastAsia="Arial"/>
          <w:b w:val="0"/>
          <w:i w:val="0"/>
          <w:color w:val="000000"/>
          <w:sz w:val="17"/>
        </w:rPr>
        <w:t>quinhentos</w:t>
      </w:r>
      <w:r>
        <w:rPr>
          <w:rFonts w:ascii="Times New Roman" w:hAnsi="Times New Roman" w:eastAsia="Times New Roman"/>
          <w:b w:val="0"/>
          <w:color w:val="000000"/>
          <w:spacing w:val="4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setenta</w:t>
      </w:r>
      <w:r>
        <w:rPr>
          <w:rFonts w:ascii="Times New Roman" w:hAnsi="Times New Roman" w:eastAsia="Times New Roman"/>
          <w:b w:val="0"/>
          <w:color w:val="000000"/>
          <w:spacing w:val="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três</w:t>
      </w:r>
      <w:r>
        <w:rPr>
          <w:rFonts w:ascii="Times New Roman" w:hAnsi="Times New Roman" w:eastAsia="Times New Roman"/>
          <w:b w:val="0"/>
          <w:color w:val="000000"/>
          <w:spacing w:val="-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mil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Times New Roman" w:hAnsi="Times New Roman" w:eastAsia="Times New Roman"/>
          <w:b w:val="0"/>
          <w:color w:val="000000"/>
          <w:spacing w:val="7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setecentos</w:t>
      </w:r>
    </w:p>
    <w:p>
      <w:pPr>
        <w:widowControl/>
        <w:wordWrap w:val="0"/>
        <w:autoSpaceDE w:val="0"/>
        <w:autoSpaceDN w:val="0"/>
        <w:spacing w:line="180" w:lineRule="exact" w:before="42" w:after="4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subsídio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manutenção</w:t>
      </w:r>
      <w:r>
        <w:rPr>
          <w:rFonts w:ascii="Times New Roman" w:hAnsi="Times New Roman" w:eastAsia="Times New Roman"/>
          <w:b w:val="0"/>
          <w:color w:val="000000"/>
          <w:spacing w:val="-1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da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unidade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escolar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71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715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00</w:t>
      </w:r>
    </w:p>
    <w:p>
      <w:pPr>
        <w:widowControl/>
        <w:wordWrap w:val="0"/>
        <w:autoSpaceDE w:val="0"/>
        <w:autoSpaceDN w:val="0"/>
        <w:spacing w:line="180" w:lineRule="exact" w:before="80" w:after="3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setente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um</w:t>
      </w:r>
      <w:r>
        <w:rPr>
          <w:rFonts w:ascii="Arial" w:hAnsi="Arial" w:eastAsia="Arial"/>
          <w:b w:val="0"/>
          <w:i w:val="0"/>
          <w:color w:val="000000"/>
          <w:sz w:val="18"/>
        </w:rPr>
        <w:t>mü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pacing w:val="-90"/>
          <w:sz w:val="18"/>
        </w:rPr>
        <w:t>s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1"/>
          <w:sz w:val="18"/>
        </w:rPr>
        <w:t>etecentoes</w:t>
      </w:r>
      <w:r>
        <w:rPr>
          <w:rFonts w:ascii="Arial" w:hAnsi="Arial" w:eastAsia="Arial"/>
          <w:b w:val="0"/>
          <w:i w:val="0"/>
          <w:color w:val="000000"/>
          <w:spacing w:val="-9"/>
          <w:sz w:val="18"/>
        </w:rPr>
        <w:t>quinzer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eais</w:t>
      </w:r>
      <w:r>
        <w:rPr>
          <w:rFonts w:ascii="Arial" w:hAnsi="Arial" w:eastAsia="Arial"/>
          <w:b w:val="0"/>
          <w:i w:val="0"/>
          <w:color w:val="000000"/>
          <w:sz w:val="18"/>
        </w:rPr>
        <w:t>),</w:t>
      </w:r>
      <w:r>
        <w:rPr>
          <w:rFonts w:ascii="Arial" w:hAnsi="Arial" w:eastAsia="Arial"/>
          <w:b w:val="0"/>
          <w:i w:val="0"/>
          <w:color w:val="000000"/>
          <w:spacing w:val="-1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ssim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distribuídos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20</w:t>
      </w:r>
      <w:r>
        <w:rPr>
          <w:rFonts w:ascii="Arial" w:hAnsi="Arial" w:eastAsia="Arial"/>
          <w:b w:val="0"/>
          <w:i w:val="0"/>
          <w:color w:val="000000"/>
          <w:sz w:val="18"/>
        </w:rPr>
        <w:t>%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Arial" w:hAnsi="Arial" w:eastAsia="Arial"/>
          <w:b w:val="0"/>
          <w:i w:val="0"/>
          <w:color w:val="000000"/>
          <w:sz w:val="18"/>
        </w:rPr>
        <w:t>aquisição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Arial" w:hAnsi="Arial" w:eastAsia="Arial"/>
          <w:b w:val="0"/>
          <w:i w:val="0"/>
          <w:color w:val="000000"/>
          <w:sz w:val="18"/>
        </w:rPr>
        <w:t>bens</w:t>
      </w:r>
      <w:r>
        <w:rPr>
          <w:rFonts w:ascii="Arial" w:hAnsi="Arial" w:eastAsia="Arial"/>
          <w:b w:val="0"/>
          <w:i w:val="0"/>
          <w:color w:val="000000"/>
          <w:sz w:val="18"/>
        </w:rPr>
        <w:t>permanentes</w:t>
      </w:r>
    </w:p>
    <w:p>
      <w:pPr>
        <w:widowControl/>
        <w:wordWrap w:val="0"/>
        <w:autoSpaceDE w:val="0"/>
        <w:autoSpaceDN w:val="0"/>
        <w:spacing w:line="180" w:lineRule="exact" w:before="60" w:after="30"/>
        <w:ind w:left="1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4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10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14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343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00</w:t>
      </w:r>
      <w:r>
        <w:rPr>
          <w:rFonts w:ascii="Times New Roman" w:hAnsi="Times New Roman" w:eastAsia="Times New Roman"/>
          <w:b w:val="0"/>
          <w:color w:val="000000"/>
          <w:spacing w:val="9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catorze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mil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trezentos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três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diferença</w:t>
      </w:r>
    </w:p>
    <w:p>
      <w:pPr>
        <w:widowControl/>
        <w:wordWrap w:val="0"/>
        <w:autoSpaceDE w:val="0"/>
        <w:autoSpaceDN w:val="0"/>
        <w:spacing w:line="180" w:lineRule="exact" w:before="60" w:after="0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2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57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372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00</w:t>
      </w:r>
      <w:r>
        <w:rPr>
          <w:rFonts w:ascii="Times New Roman" w:hAnsi="Times New Roman" w:eastAsia="Times New Roman"/>
          <w:b w:val="0"/>
          <w:color w:val="000000"/>
          <w:spacing w:val="13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pacing w:val="-10"/>
          <w:sz w:val="18"/>
        </w:rPr>
        <w:t>cinquentae</w:t>
      </w:r>
      <w:r>
        <w:rPr>
          <w:rFonts w:ascii="Times New Roman" w:hAnsi="Times New Roman" w:eastAsia="Times New Roman"/>
          <w:b w:val="0"/>
          <w:color w:val="000000"/>
          <w:spacing w:val="9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30"/>
          <w:sz w:val="18"/>
        </w:rPr>
        <w:t>setem</w:t>
      </w:r>
      <w:r>
        <w:rPr>
          <w:rFonts w:ascii="Times New Roman" w:hAnsi="Times New Roman" w:eastAsia="Times New Roman"/>
          <w:b w:val="0"/>
          <w:color w:val="000000"/>
          <w:spacing w:val="10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18"/>
        </w:rPr>
        <w:t>trezentose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18"/>
        </w:rPr>
        <w:t>setentae</w:t>
      </w:r>
      <w:r>
        <w:rPr>
          <w:rFonts w:ascii="Times New Roman" w:hAnsi="Times New Roman" w:eastAsia="Times New Roman"/>
          <w:b w:val="0"/>
          <w:color w:val="000000"/>
          <w:spacing w:val="8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dois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),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demais</w:t>
      </w:r>
    </w:p>
    <w:p>
      <w:pPr>
        <w:widowControl/>
        <w:wordWrap w:val="0"/>
        <w:autoSpaceDE w:val="0"/>
        <w:autoSpaceDN w:val="0"/>
        <w:spacing w:line="182" w:lineRule="exact" w:before="0" w:after="155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11"/>
          <w:sz w:val="19"/>
        </w:rPr>
        <w:t>despesasc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-1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onfomle</w:t>
      </w:r>
      <w:r>
        <w:rPr>
          <w:rFonts w:ascii="Times New Roman" w:hAnsi="Times New Roman" w:eastAsia="Times New Roman"/>
          <w:b w:val="0"/>
          <w:color w:val="000000"/>
          <w:spacing w:val="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quadro</w:t>
      </w:r>
      <w:r>
        <w:rPr>
          <w:rFonts w:ascii="Times New Roman" w:hAnsi="Times New Roman" w:eastAsia="Times New Roman"/>
          <w:b w:val="0"/>
          <w:color w:val="000000"/>
          <w:spacing w:val="-1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abaixo</w:t>
      </w:r>
      <w:r>
        <w:rPr>
          <w:rFonts w:ascii="Arial" w:hAnsi="Arial" w:eastAsia="Arial"/>
          <w:b w:val="0"/>
          <w:i w:val="0"/>
          <w:color w:val="000000"/>
          <w:sz w:val="19"/>
        </w:rPr>
        <w:t>:</w:t>
      </w:r>
    </w:p>
    <w:p>
      <w:pPr>
        <w:widowControl/>
        <w:wordWrap w:val="0"/>
        <w:autoSpaceDE w:val="0"/>
        <w:autoSpaceDN w:val="0"/>
        <w:spacing w:line="14" w:lineRule="exact" w:before="296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1421"/>
        <w:gridCol w:w="1421"/>
        <w:gridCol w:w="1421"/>
        <w:gridCol w:w="1421"/>
        <w:gridCol w:w="1421"/>
        <w:gridCol w:w="1421"/>
        <w:gridCol w:w="1421"/>
      </w:tblGrid>
      <w:tr>
        <w:trPr>
          <w:trHeight w:hRule="exact" w:val="419"/>
        </w:trPr>
        <w:tc>
          <w:tcPr>
            <w:tcW w:type="dxa" w:w="133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60" w:lineRule="exact" w:before="1705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6"/>
              </w:rPr>
              <w:t>x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6"/>
              </w:rPr>
              <w:t>.</w:t>
            </w:r>
          </w:p>
        </w:tc>
        <w:tc>
          <w:tcPr>
            <w:tcW w:type="dxa" w:w="2179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0" w:after="0"/>
              <w:ind w:left="11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Exercício</w:t>
            </w:r>
          </w:p>
        </w:tc>
        <w:tc>
          <w:tcPr>
            <w:tcW w:type="dxa" w:w="58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1525" w:after="0"/>
              <w:ind w:left="2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3"/>
              </w:rPr>
              <w:t>&amp;</w:t>
            </w:r>
          </w:p>
        </w:tc>
        <w:tc>
          <w:tcPr>
            <w:tcW w:type="dxa" w:w="162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740" w:after="0"/>
              <w:ind w:left="3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Setembro</w:t>
            </w:r>
          </w:p>
        </w:tc>
        <w:tc>
          <w:tcPr>
            <w:tcW w:type="dxa" w:w="165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220" w:after="0"/>
              <w:ind w:left="6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Consumo</w:t>
            </w:r>
          </w:p>
        </w:tc>
        <w:tc>
          <w:tcPr>
            <w:tcW w:type="dxa" w:w="757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0" w:after="0"/>
              <w:ind w:left="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8epasse</w:t>
            </w:r>
          </w:p>
        </w:tc>
        <w:tc>
          <w:tcPr>
            <w:tcW w:type="dxa" w:w="123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520" w:after="0"/>
              <w:ind w:left="1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534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O</w:t>
            </w:r>
          </w:p>
        </w:tc>
      </w:tr>
      <w:tr>
        <w:trPr>
          <w:trHeight w:hRule="exact" w:val="36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7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189" w:after="0"/>
              <w:ind w:left="13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2024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80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5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5" w:after="0"/>
              <w:ind w:left="4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.]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08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5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5" w:after="0"/>
              <w:ind w:left="4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138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9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3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5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]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50</w:t>
            </w:r>
          </w:p>
        </w:tc>
      </w:tr>
      <w:tr>
        <w:trPr>
          <w:trHeight w:hRule="exact" w:val="71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7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176" w:after="0"/>
              <w:ind w:left="130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2025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2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3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5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1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</w:tr>
      <w:tr>
        <w:trPr>
          <w:trHeight w:hRule="exact" w:val="90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5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177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6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372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00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8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307" w:after="0"/>
              <w:ind w:left="4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Maio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08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3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35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</w:tr>
      <w:tr>
        <w:trPr>
          <w:trHeight w:hRule="exact" w:val="9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217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183" w:after="0"/>
              <w:ind w:left="132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2026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43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5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38" w:after="0"/>
              <w:ind w:left="51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6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38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35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}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</w:tr>
      <w:tr>
        <w:trPr>
          <w:trHeight w:hRule="exact" w:val="10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47" w:after="0"/>
              <w:ind w:left="30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Setembro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4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51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50" w:lineRule="exact" w:before="60" w:after="0"/>
              <w:ind w:left="53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1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372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:,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00</w:t>
            </w:r>
          </w:p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5"/>
        </w:trPr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421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38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5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]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343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00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318" w:after="4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1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1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TERMO</w:t>
      </w:r>
      <w:r>
        <w:rPr>
          <w:rFonts w:ascii="Times New Roman" w:hAnsi="Times New Roman" w:eastAsia="Times New Roman"/>
          <w:b w:val="0"/>
          <w:color w:val="000000"/>
          <w:spacing w:val="1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COLABORAÇÃO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2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8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657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608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44</w:t>
      </w:r>
      <w:r>
        <w:rPr>
          <w:rFonts w:ascii="Times New Roman" w:hAnsi="Times New Roman" w:eastAsia="Times New Roman"/>
          <w:b w:val="0"/>
          <w:color w:val="000000"/>
          <w:spacing w:val="2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oito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milhões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seiscentos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</w:p>
    <w:p>
      <w:pPr>
        <w:widowControl/>
        <w:wordWrap w:val="0"/>
        <w:autoSpaceDE w:val="0"/>
        <w:autoSpaceDN w:val="0"/>
        <w:spacing w:line="180" w:lineRule="exact" w:before="80" w:after="30"/>
        <w:ind w:left="19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cinquenta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sete</w:t>
      </w:r>
      <w:r>
        <w:rPr>
          <w:rFonts w:ascii="Arial" w:hAnsi="Arial" w:eastAsia="Arial"/>
          <w:b w:val="0"/>
          <w:i w:val="0"/>
          <w:color w:val="000000"/>
          <w:sz w:val="18"/>
        </w:rPr>
        <w:t>mil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seiscentos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oito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quatro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),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sendo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período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</w:p>
    <w:p>
      <w:pPr>
        <w:widowControl/>
        <w:wordWrap w:val="0"/>
        <w:autoSpaceDE w:val="0"/>
        <w:autoSpaceDN w:val="0"/>
        <w:spacing w:line="180" w:lineRule="exact" w:before="60" w:after="4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0</w:t>
      </w:r>
      <w:r>
        <w:rPr>
          <w:rFonts w:ascii="Arial" w:hAnsi="Arial" w:eastAsia="Arial"/>
          <w:b w:val="0"/>
          <w:i w:val="0"/>
          <w:color w:val="000000"/>
          <w:spacing w:val="-20"/>
          <w:sz w:val="18"/>
        </w:rPr>
        <w:t>1</w:t>
      </w:r>
      <w:r>
        <w:rPr>
          <w:rFonts w:ascii="Arial" w:hAnsi="Arial" w:eastAsia="Arial"/>
          <w:b w:val="0"/>
          <w:i w:val="0"/>
          <w:color w:val="000000"/>
          <w:spacing w:val="-30"/>
          <w:sz w:val="18"/>
        </w:rPr>
        <w:t>/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0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2024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40"/>
          <w:sz w:val="18"/>
        </w:rPr>
        <w:t>1</w:t>
      </w:r>
      <w:r>
        <w:rPr>
          <w:rFonts w:ascii="Arial" w:hAnsi="Arial" w:eastAsia="Arial"/>
          <w:b w:val="0"/>
          <w:i w:val="0"/>
          <w:color w:val="000000"/>
          <w:spacing w:val="-1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12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2026</w:t>
      </w:r>
      <w:r>
        <w:rPr>
          <w:rFonts w:ascii="Times New Roman" w:hAnsi="Times New Roman" w:eastAsia="Times New Roman"/>
          <w:b w:val="0"/>
          <w:color w:val="000000"/>
          <w:spacing w:val="1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5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488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665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00</w:t>
      </w:r>
      <w:r>
        <w:rPr>
          <w:rFonts w:ascii="Times New Roman" w:hAnsi="Times New Roman" w:eastAsia="Times New Roman"/>
          <w:b w:val="0"/>
          <w:color w:val="000000"/>
          <w:spacing w:val="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milhões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quatrocentos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oitenta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oito</w:t>
      </w:r>
    </w:p>
    <w:p>
      <w:pPr>
        <w:widowControl/>
        <w:wordWrap w:val="0"/>
        <w:autoSpaceDE w:val="0"/>
        <w:autoSpaceDN w:val="0"/>
        <w:spacing w:line="180" w:lineRule="exact" w:before="80" w:after="70"/>
        <w:ind w:left="19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mil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seiscentos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1"/>
          <w:sz w:val="18"/>
        </w:rPr>
        <w:t>sessentae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distribuídos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seguinte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forma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</w:p>
    <w:p>
      <w:pPr>
        <w:widowControl/>
        <w:wordWrap w:val="0"/>
        <w:autoSpaceDE w:val="0"/>
        <w:autoSpaceDN w:val="0"/>
        <w:spacing w:line="651" w:lineRule="exact" w:before="140" w:after="80"/>
        <w:ind w:left="47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2"/>
        </w:rPr>
        <w:t>Ei</w:t>
      </w:r>
      <w:r>
        <w:rPr>
          <w:rFonts w:ascii="Arial" w:hAnsi="Arial" w:eastAsia="Arial"/>
          <w:b w:val="0"/>
          <w:i w:val="0"/>
          <w:color w:val="000000"/>
          <w:sz w:val="22"/>
        </w:rPr>
        <w:t>l</w:t>
      </w:r>
      <w:r>
        <w:rPr>
          <w:rFonts w:ascii="Arial" w:hAnsi="Arial" w:eastAsia="Arial"/>
          <w:b w:val="0"/>
          <w:i w:val="0"/>
          <w:color w:val="000000"/>
          <w:sz w:val="22"/>
        </w:rPr>
        <w:t>:=:?</w:t>
      </w:r>
      <w:r>
        <w:rPr>
          <w:rFonts w:ascii="Arial" w:hAnsi="Arial" w:eastAsia="Arial"/>
          <w:b w:val="0"/>
          <w:i w:val="0"/>
          <w:color w:val="000000"/>
          <w:sz w:val="22"/>
        </w:rPr>
        <w:t>111tFli</w:t>
      </w:r>
      <w:r>
        <w:rPr>
          <w:rFonts w:ascii="Arial" w:hAnsi="Arial" w:eastAsia="Arial"/>
          <w:b w:val="0"/>
          <w:i w:val="0"/>
          <w:color w:val="000000"/>
          <w:sz w:val="22"/>
        </w:rPr>
        <w:t>%?'</w:t>
      </w:r>
      <w:r>
        <w:rPr>
          <w:rFonts w:ascii="Arial" w:hAnsi="Arial" w:eastAsia="Arial"/>
          <w:b w:val="0"/>
          <w:i w:val="0"/>
          <w:color w:val="000000"/>
          <w:sz w:val="22"/>
        </w:rPr>
        <w:t>i</w:t>
      </w:r>
      <w:r>
        <w:rPr>
          <w:rFonts w:ascii="Times New Roman" w:hAnsi="Times New Roman" w:eastAsia="Times New Roman"/>
          <w:b w:val="0"/>
          <w:color w:val="000000"/>
          <w:spacing w:val="89"/>
          <w:sz w:val="6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356"/>
          <w:sz w:val="64"/>
        </w:rPr>
        <w:t>$</w:t>
      </w:r>
      <w:r>
        <w:rPr>
          <w:rFonts w:ascii="Arial" w:hAnsi="Arial" w:eastAsia="Arial"/>
          <w:b w:val="0"/>
          <w:i w:val="0"/>
          <w:color w:val="000000"/>
          <w:sz w:val="14"/>
        </w:rPr>
        <w:t>;</w:t>
      </w:r>
      <w:r>
        <w:rPr>
          <w:rFonts w:ascii="Arial" w:hAnsi="Arial" w:eastAsia="Arial"/>
          <w:b w:val="0"/>
          <w:i w:val="0"/>
          <w:color w:val="000000"/>
          <w:sz w:val="14"/>
        </w:rPr>
        <w:t>f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pacing w:val="-16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pacing w:val="-11"/>
          <w:sz w:val="14"/>
        </w:rPr>
        <w:t>'</w:t>
      </w:r>
      <w:r>
        <w:rPr>
          <w:rFonts w:ascii="Times New Roman" w:hAnsi="Times New Roman" w:eastAsia="Times New Roman"/>
          <w:b w:val="0"/>
          <w:color w:val="000000"/>
          <w:spacing w:val="9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f</w:t>
      </w:r>
      <w:r>
        <w:rPr>
          <w:rFonts w:ascii="Arial" w:hAnsi="Arial" w:eastAsia="Arial"/>
          <w:b w:val="0"/>
          <w:i w:val="0"/>
          <w:color w:val="000000"/>
          <w:spacing w:val="-3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pacing w:val="-647"/>
          <w:sz w:val="64"/>
        </w:rPr>
        <w:t>@</w:t>
      </w:r>
      <w:r>
        <w:rPr>
          <w:rFonts w:ascii="Arial" w:hAnsi="Arial" w:eastAsia="Arial"/>
          <w:b w:val="0"/>
          <w:i w:val="0"/>
          <w:color w:val="000000"/>
          <w:spacing w:val="-37"/>
          <w:sz w:val="14"/>
        </w:rPr>
        <w:t>?</w:t>
      </w:r>
      <w:r>
        <w:rPr>
          <w:rFonts w:ascii="Arial" w:hAnsi="Arial" w:eastAsia="Arial"/>
          <w:b w:val="0"/>
          <w:i w:val="0"/>
          <w:color w:val="000000"/>
          <w:spacing w:val="-2"/>
          <w:sz w:val="14"/>
        </w:rPr>
        <w:t>f</w:t>
      </w:r>
      <w:r>
        <w:rPr>
          <w:rFonts w:ascii="Arial" w:hAnsi="Arial" w:eastAsia="Arial"/>
          <w:b w:val="0"/>
          <w:i w:val="0"/>
          <w:color w:val="000000"/>
          <w:sz w:val="14"/>
        </w:rPr>
        <w:t>Í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=</w:t>
      </w:r>
      <w:r>
        <w:rPr>
          <w:rFonts w:ascii="Arial" w:hAnsi="Arial" w:eastAsia="Arial"/>
          <w:b w:val="0"/>
          <w:i w:val="0"/>
          <w:color w:val="000000"/>
          <w:sz w:val="14"/>
        </w:rPr>
        <w:t>1</w:t>
      </w:r>
      <w:r>
        <w:rPr>
          <w:rFonts w:ascii="Arial" w:hAnsi="Arial" w:eastAsia="Arial"/>
          <w:b w:val="0"/>
          <w:i w:val="0"/>
          <w:color w:val="000000"/>
          <w:sz w:val="14"/>
        </w:rPr>
        <w:t>;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z w:val="14"/>
        </w:rPr>
        <w:t>á</w:t>
      </w:r>
      <w:r>
        <w:rPr>
          <w:rFonts w:ascii="Arial" w:hAnsi="Arial" w:eastAsia="Arial"/>
          <w:b w:val="0"/>
          <w:i w:val="0"/>
          <w:color w:val="000000"/>
          <w:spacing w:val="-6"/>
          <w:sz w:val="14"/>
        </w:rPr>
        <w:t>Ü</w:t>
      </w:r>
      <w:r>
        <w:rPr>
          <w:rFonts w:ascii="Arial" w:hAnsi="Arial" w:eastAsia="Arial"/>
          <w:b w:val="0"/>
          <w:i w:val="0"/>
          <w:color w:val="000000"/>
          <w:spacing w:val="-172"/>
          <w:sz w:val="64"/>
        </w:rPr>
        <w:t>;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pacing w:val="-9"/>
          <w:sz w:val="14"/>
        </w:rPr>
        <w:t>ê</w:t>
      </w:r>
      <w:r>
        <w:rPr>
          <w:rFonts w:ascii="Arial" w:hAnsi="Arial" w:eastAsia="Arial"/>
          <w:b w:val="0"/>
          <w:i w:val="0"/>
          <w:color w:val="000000"/>
          <w:spacing w:val="-14"/>
          <w:sz w:val="14"/>
        </w:rPr>
        <w:t>'</w:t>
      </w:r>
      <w:r>
        <w:rPr>
          <w:rFonts w:ascii="Arial" w:hAnsi="Arial" w:eastAsia="Arial"/>
          <w:b w:val="0"/>
          <w:i w:val="0"/>
          <w:color w:val="000000"/>
          <w:spacing w:val="-24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pacing w:val="-7"/>
          <w:sz w:val="14"/>
        </w:rPr>
        <w:t>i</w:t>
      </w:r>
      <w:r>
        <w:rPr>
          <w:rFonts w:ascii="Arial" w:hAnsi="Arial" w:eastAsia="Arial"/>
          <w:b w:val="0"/>
          <w:i w:val="0"/>
          <w:color w:val="000000"/>
          <w:spacing w:val="-89"/>
          <w:sz w:val="14"/>
        </w:rPr>
        <w:t>&amp;</w:t>
      </w:r>
      <w:r>
        <w:rPr>
          <w:rFonts w:ascii="Arial" w:hAnsi="Arial" w:eastAsia="Arial"/>
          <w:b w:val="0"/>
          <w:i w:val="0"/>
          <w:color w:val="000000"/>
          <w:spacing w:val="-176"/>
          <w:sz w:val="64"/>
        </w:rPr>
        <w:t>.</w:t>
      </w:r>
      <w:r>
        <w:rPr>
          <w:rFonts w:ascii="Arial" w:hAnsi="Arial" w:eastAsia="Arial"/>
          <w:b w:val="0"/>
          <w:i w:val="0"/>
          <w:color w:val="000000"/>
          <w:sz w:val="14"/>
        </w:rPr>
        <w:t>i</w:t>
      </w:r>
      <w:r>
        <w:rPr>
          <w:rFonts w:ascii="Arial" w:hAnsi="Arial" w:eastAsia="Arial"/>
          <w:b w:val="0"/>
          <w:i w:val="0"/>
          <w:color w:val="000000"/>
          <w:sz w:val="14"/>
        </w:rPr>
        <w:t>i</w:t>
      </w:r>
      <w:r>
        <w:rPr>
          <w:rFonts w:ascii="Arial" w:hAnsi="Arial" w:eastAsia="Arial"/>
          <w:b w:val="0"/>
          <w:i w:val="0"/>
          <w:color w:val="000000"/>
          <w:spacing w:val="-53"/>
          <w:sz w:val="14"/>
        </w:rPr>
        <w:t>n</w:t>
      </w:r>
      <w:r>
        <w:rPr>
          <w:rFonts w:ascii="Arial" w:hAnsi="Arial" w:eastAsia="Arial"/>
          <w:b w:val="0"/>
          <w:i w:val="0"/>
          <w:color w:val="000000"/>
          <w:sz w:val="14"/>
        </w:rPr>
        <w:t>:</w:t>
      </w:r>
      <w:r>
        <w:rPr>
          <w:rFonts w:ascii="Arial" w:hAnsi="Arial" w:eastAsia="Arial"/>
          <w:b w:val="0"/>
          <w:i w:val="0"/>
          <w:color w:val="000000"/>
          <w:spacing w:val="-2"/>
          <w:sz w:val="14"/>
        </w:rPr>
        <w:t>l</w:t>
      </w:r>
      <w:r>
        <w:rPr>
          <w:rFonts w:ascii="Arial" w:hAnsi="Arial" w:eastAsia="Arial"/>
          <w:b w:val="0"/>
          <w:i w:val="0"/>
          <w:color w:val="000000"/>
          <w:spacing w:val="-76"/>
          <w:sz w:val="14"/>
        </w:rPr>
        <w:t>#</w:t>
      </w:r>
      <w:r>
        <w:rPr>
          <w:rFonts w:ascii="Times New Roman" w:hAnsi="Times New Roman" w:eastAsia="Times New Roman"/>
          <w:b w:val="0"/>
          <w:color w:val="000000"/>
          <w:spacing w:val="41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4"/>
        </w:rPr>
        <w:t>igiÍÊ</w:t>
      </w:r>
    </w:p>
    <w:p>
      <w:pPr>
        <w:widowControl/>
        <w:wordWrap w:val="0"/>
        <w:autoSpaceDE w:val="0"/>
        <w:autoSpaceDN w:val="0"/>
        <w:spacing w:line="162" w:lineRule="exact" w:before="160" w:after="137"/>
        <w:ind w:left="36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4"/>
        </w:rPr>
        <w:t>Z024</w:t>
      </w:r>
      <w:r>
        <w:rPr>
          <w:rFonts w:ascii="Times New Roman" w:hAnsi="Times New Roman" w:eastAsia="Times New Roman"/>
          <w:b w:val="0"/>
          <w:color w:val="000000"/>
          <w:spacing w:val="72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4"/>
        </w:rPr>
        <w:t>f</w:t>
      </w:r>
      <w:r>
        <w:rPr>
          <w:rFonts w:ascii="Times New Roman" w:hAnsi="Times New Roman" w:eastAsia="Times New Roman"/>
          <w:b w:val="0"/>
          <w:color w:val="000000"/>
          <w:spacing w:val="36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4"/>
        </w:rPr>
        <w:t>R</w:t>
      </w:r>
      <w:r>
        <w:rPr>
          <w:rFonts w:ascii="Arial" w:hAnsi="Arial" w:eastAsia="Arial"/>
          <w:b w:val="0"/>
          <w:i w:val="0"/>
          <w:color w:val="000000"/>
          <w:sz w:val="14"/>
        </w:rPr>
        <w:t>$</w:t>
      </w:r>
      <w:r>
        <w:rPr>
          <w:rFonts w:ascii="Times New Roman" w:hAnsi="Times New Roman" w:eastAsia="Times New Roman"/>
          <w:b w:val="0"/>
          <w:color w:val="000000"/>
          <w:spacing w:val="6"/>
          <w:sz w:val="1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4"/>
        </w:rPr>
        <w:t>1</w:t>
      </w:r>
      <w:r>
        <w:rPr>
          <w:rFonts w:ascii="Arial" w:hAnsi="Arial" w:eastAsia="Arial"/>
          <w:b w:val="0"/>
          <w:i w:val="0"/>
          <w:color w:val="000000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z w:val="14"/>
        </w:rPr>
        <w:t>732</w:t>
      </w:r>
      <w:r>
        <w:rPr>
          <w:rFonts w:ascii="Arial" w:hAnsi="Arial" w:eastAsia="Arial"/>
          <w:b w:val="0"/>
          <w:i w:val="0"/>
          <w:color w:val="000000"/>
          <w:sz w:val="14"/>
        </w:rPr>
        <w:t>.</w:t>
      </w:r>
      <w:r>
        <w:rPr>
          <w:rFonts w:ascii="Arial" w:hAnsi="Arial" w:eastAsia="Arial"/>
          <w:b w:val="0"/>
          <w:i w:val="0"/>
          <w:color w:val="000000"/>
          <w:sz w:val="14"/>
        </w:rPr>
        <w:t>4ZÕ</w:t>
      </w:r>
      <w:r>
        <w:rPr>
          <w:rFonts w:ascii="Arial" w:hAnsi="Arial" w:eastAsia="Arial"/>
          <w:b w:val="0"/>
          <w:i w:val="0"/>
          <w:color w:val="000000"/>
          <w:sz w:val="14"/>
        </w:rPr>
        <w:t>,</w:t>
      </w:r>
      <w:r>
        <w:rPr>
          <w:rFonts w:ascii="Arial" w:hAnsi="Arial" w:eastAsia="Arial"/>
          <w:b w:val="0"/>
          <w:i w:val="0"/>
          <w:color w:val="000000"/>
          <w:sz w:val="14"/>
        </w:rPr>
        <w:t>OO</w:t>
      </w:r>
      <w:r>
        <w:rPr>
          <w:rFonts w:ascii="Times New Roman" w:hAnsi="Times New Roman" w:eastAsia="Times New Roman"/>
          <w:b w:val="0"/>
          <w:color w:val="000000"/>
          <w:spacing w:val="804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R</w:t>
      </w:r>
      <w:r>
        <w:rPr>
          <w:rFonts w:ascii="Arial" w:hAnsi="Arial" w:eastAsia="Arial"/>
          <w:b w:val="0"/>
          <w:i w:val="0"/>
          <w:color w:val="000000"/>
          <w:sz w:val="15"/>
        </w:rPr>
        <w:t>$</w:t>
      </w:r>
      <w:r>
        <w:rPr>
          <w:rFonts w:ascii="Times New Roman" w:hAnsi="Times New Roman" w:eastAsia="Times New Roman"/>
          <w:b w:val="0"/>
          <w:color w:val="000000"/>
          <w:spacing w:val="-9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27</w:t>
      </w:r>
      <w:r>
        <w:rPr>
          <w:rFonts w:ascii="Arial" w:hAnsi="Arial" w:eastAsia="Arial"/>
          <w:b w:val="0"/>
          <w:i w:val="0"/>
          <w:color w:val="000000"/>
          <w:sz w:val="15"/>
        </w:rPr>
        <w:t>.</w:t>
      </w:r>
      <w:r>
        <w:rPr>
          <w:rFonts w:ascii="Arial" w:hAnsi="Arial" w:eastAsia="Arial"/>
          <w:b w:val="0"/>
          <w:i w:val="0"/>
          <w:color w:val="000000"/>
          <w:sz w:val="15"/>
        </w:rPr>
        <w:t>069</w:t>
      </w:r>
      <w:r>
        <w:rPr>
          <w:rFonts w:ascii="Arial" w:hAnsi="Arial" w:eastAsia="Arial"/>
          <w:b w:val="0"/>
          <w:i w:val="0"/>
          <w:color w:val="000000"/>
          <w:sz w:val="15"/>
        </w:rPr>
        <w:t>,</w:t>
      </w:r>
      <w:r>
        <w:rPr>
          <w:rFonts w:ascii="Arial" w:hAnsi="Arial" w:eastAsia="Arial"/>
          <w:b w:val="0"/>
          <w:i w:val="0"/>
          <w:color w:val="000000"/>
          <w:sz w:val="15"/>
        </w:rPr>
        <w:t>00</w:t>
      </w:r>
    </w:p>
    <w:p>
      <w:pPr>
        <w:widowControl/>
        <w:wordWrap w:val="0"/>
        <w:autoSpaceDE w:val="0"/>
        <w:autoSpaceDN w:val="0"/>
        <w:spacing w:line="186" w:lineRule="exact" w:before="274" w:after="127"/>
        <w:ind w:left="36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2025</w:t>
      </w:r>
      <w:r>
        <w:rPr>
          <w:rFonts w:ascii="Times New Roman" w:hAnsi="Times New Roman" w:eastAsia="Times New Roman"/>
          <w:b w:val="0"/>
          <w:color w:val="000000"/>
          <w:spacing w:val="67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É</w:t>
      </w:r>
      <w:r>
        <w:rPr>
          <w:rFonts w:ascii="Times New Roman" w:hAnsi="Times New Roman" w:eastAsia="Times New Roman"/>
          <w:b w:val="0"/>
          <w:color w:val="000000"/>
          <w:spacing w:val="26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</w:t>
      </w:r>
      <w:r>
        <w:rPr>
          <w:rFonts w:ascii="Arial" w:hAnsi="Arial" w:eastAsia="Arial"/>
          <w:b w:val="0"/>
          <w:i w:val="0"/>
          <w:color w:val="000000"/>
          <w:sz w:val="17"/>
        </w:rPr>
        <w:t>$</w:t>
      </w:r>
      <w:r>
        <w:rPr>
          <w:rFonts w:ascii="Times New Roman" w:hAnsi="Times New Roman" w:eastAsia="Times New Roman"/>
          <w:b w:val="0"/>
          <w:color w:val="000000"/>
          <w:spacing w:val="-2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1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835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904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Arial" w:hAnsi="Arial" w:eastAsia="Arial"/>
          <w:b w:val="0"/>
          <w:i w:val="0"/>
          <w:color w:val="000000"/>
          <w:sz w:val="17"/>
        </w:rPr>
        <w:t>00</w:t>
      </w:r>
      <w:r>
        <w:rPr>
          <w:rFonts w:ascii="Times New Roman" w:hAnsi="Times New Roman" w:eastAsia="Times New Roman"/>
          <w:b w:val="0"/>
          <w:color w:val="000000"/>
          <w:spacing w:val="730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R</w:t>
      </w:r>
      <w:r>
        <w:rPr>
          <w:rFonts w:ascii="Arial" w:hAnsi="Arial" w:eastAsia="Arial"/>
          <w:b w:val="0"/>
          <w:i w:val="0"/>
          <w:color w:val="000000"/>
          <w:sz w:val="15"/>
        </w:rPr>
        <w:t>$</w:t>
      </w:r>
      <w:r>
        <w:rPr>
          <w:rFonts w:ascii="Times New Roman" w:hAnsi="Times New Roman" w:eastAsia="Times New Roman"/>
          <w:b w:val="0"/>
          <w:color w:val="000000"/>
          <w:spacing w:val="-9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28</w:t>
      </w:r>
      <w:r>
        <w:rPr>
          <w:rFonts w:ascii="Arial" w:hAnsi="Arial" w:eastAsia="Arial"/>
          <w:b w:val="0"/>
          <w:i w:val="0"/>
          <w:color w:val="000000"/>
          <w:sz w:val="15"/>
        </w:rPr>
        <w:t>.</w:t>
      </w:r>
      <w:r>
        <w:rPr>
          <w:rFonts w:ascii="Arial" w:hAnsi="Arial" w:eastAsia="Arial"/>
          <w:b w:val="0"/>
          <w:i w:val="0"/>
          <w:color w:val="000000"/>
          <w:sz w:val="15"/>
        </w:rPr>
        <w:t>686</w:t>
      </w:r>
      <w:r>
        <w:rPr>
          <w:rFonts w:ascii="Arial" w:hAnsi="Arial" w:eastAsia="Arial"/>
          <w:b w:val="0"/>
          <w:i w:val="0"/>
          <w:color w:val="000000"/>
          <w:sz w:val="15"/>
        </w:rPr>
        <w:t>,</w:t>
      </w:r>
      <w:r>
        <w:rPr>
          <w:rFonts w:ascii="Arial" w:hAnsi="Arial" w:eastAsia="Arial"/>
          <w:b w:val="0"/>
          <w:i w:val="0"/>
          <w:color w:val="000000"/>
          <w:sz w:val="15"/>
        </w:rPr>
        <w:t>00</w:t>
      </w:r>
    </w:p>
    <w:p>
      <w:pPr>
        <w:widowControl/>
        <w:wordWrap w:val="0"/>
        <w:autoSpaceDE w:val="0"/>
        <w:autoSpaceDN w:val="0"/>
        <w:spacing w:line="188" w:lineRule="exact" w:before="254" w:after="166"/>
        <w:ind w:left="36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2026</w:t>
      </w:r>
      <w:r>
        <w:rPr>
          <w:rFonts w:ascii="Times New Roman" w:hAnsi="Times New Roman" w:eastAsia="Times New Roman"/>
          <w:b w:val="0"/>
          <w:color w:val="000000"/>
          <w:spacing w:val="109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KS</w:t>
      </w:r>
      <w:r>
        <w:rPr>
          <w:rFonts w:ascii="Arial" w:hAnsi="Arial" w:eastAsia="Arial"/>
          <w:b w:val="0"/>
          <w:i w:val="0"/>
          <w:color w:val="000000"/>
          <w:sz w:val="17"/>
        </w:rPr>
        <w:t>1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835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904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Arial" w:hAnsi="Arial" w:eastAsia="Arial"/>
          <w:b w:val="0"/>
          <w:i w:val="0"/>
          <w:color w:val="000000"/>
          <w:sz w:val="17"/>
        </w:rPr>
        <w:t>00</w:t>
      </w:r>
      <w:r>
        <w:rPr>
          <w:rFonts w:ascii="Times New Roman" w:hAnsi="Times New Roman" w:eastAsia="Times New Roman"/>
          <w:b w:val="0"/>
          <w:color w:val="000000"/>
          <w:spacing w:val="728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R</w:t>
      </w:r>
      <w:r>
        <w:rPr>
          <w:rFonts w:ascii="Arial" w:hAnsi="Arial" w:eastAsia="Arial"/>
          <w:b w:val="0"/>
          <w:i w:val="0"/>
          <w:color w:val="000000"/>
          <w:sz w:val="16"/>
        </w:rPr>
        <w:t>$</w:t>
      </w:r>
      <w:r>
        <w:rPr>
          <w:rFonts w:ascii="Arial" w:hAnsi="Arial" w:eastAsia="Arial"/>
          <w:b w:val="0"/>
          <w:i w:val="0"/>
          <w:color w:val="000000"/>
          <w:sz w:val="16"/>
        </w:rPr>
        <w:t>28</w:t>
      </w:r>
      <w:r>
        <w:rPr>
          <w:rFonts w:ascii="Arial" w:hAnsi="Arial" w:eastAsia="Arial"/>
          <w:b w:val="0"/>
          <w:i w:val="0"/>
          <w:color w:val="000000"/>
          <w:sz w:val="16"/>
        </w:rPr>
        <w:t>.</w:t>
      </w:r>
      <w:r>
        <w:rPr>
          <w:rFonts w:ascii="Arial" w:hAnsi="Arial" w:eastAsia="Arial"/>
          <w:b w:val="0"/>
          <w:i w:val="0"/>
          <w:color w:val="000000"/>
          <w:sz w:val="16"/>
        </w:rPr>
        <w:t>686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Arial" w:hAnsi="Arial" w:eastAsia="Arial"/>
          <w:b w:val="0"/>
          <w:i w:val="0"/>
          <w:color w:val="000000"/>
          <w:sz w:val="16"/>
        </w:rPr>
        <w:t>00</w:t>
      </w:r>
    </w:p>
    <w:p>
      <w:pPr>
        <w:widowControl/>
        <w:wordWrap w:val="0"/>
        <w:autoSpaceDE w:val="0"/>
        <w:autoSpaceDN w:val="0"/>
        <w:spacing w:line="220" w:lineRule="exact" w:before="333" w:after="254"/>
        <w:ind w:left="28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22"/>
          <w:sz w:val="22"/>
        </w:rPr>
        <w:t>:$</w:t>
      </w:r>
    </w:p>
    <w:p>
      <w:pPr>
        <w:widowControl/>
        <w:wordWrap w:val="0"/>
        <w:autoSpaceDE w:val="0"/>
        <w:autoSpaceDN w:val="0"/>
        <w:spacing w:line="30" w:lineRule="exact" w:before="508" w:after="214"/>
        <w:ind w:left="1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3"/>
        </w:rPr>
        <w:t>'\</w:t>
      </w:r>
    </w:p>
    <w:p>
      <w:pPr>
        <w:widowControl/>
        <w:wordWrap w:val="0"/>
        <w:autoSpaceDE w:val="0"/>
        <w:autoSpaceDN w:val="0"/>
        <w:spacing w:line="210" w:lineRule="exact" w:before="429" w:after="43"/>
        <w:ind w:left="18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12</w:t>
      </w:r>
      <w:r>
        <w:rPr>
          <w:rFonts w:ascii="Arial" w:hAnsi="Arial" w:eastAsia="Arial"/>
          <w:b w:val="0"/>
          <w:i w:val="0"/>
          <w:color w:val="000000"/>
          <w:spacing w:val="-7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pacing w:val="-145"/>
          <w:sz w:val="21"/>
        </w:rPr>
        <w:t>D</w:t>
      </w:r>
      <w:r>
        <w:rPr>
          <w:rFonts w:ascii="Times New Roman" w:hAnsi="Times New Roman" w:eastAsia="Times New Roman"/>
          <w:b w:val="0"/>
          <w:color w:val="000000"/>
          <w:spacing w:val="9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OT</w:t>
      </w:r>
      <w:r>
        <w:rPr>
          <w:rFonts w:ascii="Arial" w:hAnsi="Arial" w:eastAsia="Arial"/>
          <w:b w:val="0"/>
          <w:i w:val="0"/>
          <w:color w:val="000000"/>
          <w:sz w:val="21"/>
        </w:rPr>
        <w:t>.\</w:t>
      </w:r>
      <w:r>
        <w:rPr>
          <w:rFonts w:ascii="Arial" w:hAnsi="Arial" w:eastAsia="Arial"/>
          <w:b w:val="0"/>
          <w:i w:val="0"/>
          <w:color w:val="000000"/>
          <w:sz w:val="21"/>
        </w:rPr>
        <w:t>ÇÃO</w:t>
      </w:r>
      <w:r>
        <w:rPr>
          <w:rFonts w:ascii="Times New Roman" w:hAnsi="Times New Roman" w:eastAsia="Times New Roman"/>
          <w:b w:val="0"/>
          <w:color w:val="000000"/>
          <w:spacing w:val="1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ORÇAMENTÁRIA</w:t>
      </w:r>
      <w:r>
        <w:rPr>
          <w:rFonts w:ascii="Arial" w:hAnsi="Arial" w:eastAsia="Arial"/>
          <w:b w:val="0"/>
          <w:i w:val="0"/>
          <w:color w:val="000000"/>
          <w:sz w:val="21"/>
        </w:rPr>
        <w:t>:</w:t>
      </w:r>
    </w:p>
    <w:p>
      <w:pPr>
        <w:widowControl/>
        <w:wordWrap w:val="0"/>
        <w:autoSpaceDE w:val="0"/>
        <w:autoSpaceDN w:val="0"/>
        <w:spacing w:line="190" w:lineRule="exact" w:before="85" w:after="19"/>
        <w:ind w:left="18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Os</w:t>
      </w:r>
      <w:r>
        <w:rPr>
          <w:rFonts w:ascii="Times New Roman" w:hAnsi="Times New Roman" w:eastAsia="Times New Roman"/>
          <w:b w:val="0"/>
          <w:color w:val="000000"/>
          <w:spacing w:val="10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recursos</w:t>
      </w:r>
      <w:r>
        <w:rPr>
          <w:rFonts w:ascii="Times New Roman" w:hAnsi="Times New Roman" w:eastAsia="Times New Roman"/>
          <w:b w:val="0"/>
          <w:color w:val="000000"/>
          <w:spacing w:val="-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financeiros</w:t>
      </w:r>
      <w:r>
        <w:rPr>
          <w:rFonts w:ascii="Times New Roman" w:hAnsi="Times New Roman" w:eastAsia="Times New Roman"/>
          <w:b w:val="0"/>
          <w:color w:val="000000"/>
          <w:spacing w:val="1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encontram</w:t>
      </w:r>
      <w:r>
        <w:rPr>
          <w:rFonts w:ascii="Arial" w:hAnsi="Arial" w:eastAsia="Arial"/>
          <w:b w:val="0"/>
          <w:i w:val="0"/>
          <w:color w:val="000000"/>
          <w:sz w:val="19"/>
        </w:rPr>
        <w:t>respaldo</w:t>
      </w:r>
      <w:r>
        <w:rPr>
          <w:rFonts w:ascii="Times New Roman" w:hAnsi="Times New Roman" w:eastAsia="Times New Roman"/>
          <w:b w:val="0"/>
          <w:color w:val="000000"/>
          <w:spacing w:val="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</w:t>
      </w:r>
      <w:r>
        <w:rPr>
          <w:rFonts w:ascii="Times New Roman" w:hAnsi="Times New Roman" w:eastAsia="Times New Roman"/>
          <w:b w:val="0"/>
          <w:color w:val="000000"/>
          <w:spacing w:val="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orçamento</w:t>
      </w:r>
      <w:r>
        <w:rPr>
          <w:rFonts w:ascii="Times New Roman" w:hAnsi="Times New Roman" w:eastAsia="Times New Roman"/>
          <w:b w:val="0"/>
          <w:color w:val="000000"/>
          <w:spacing w:val="-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anual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-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nos</w:t>
      </w:r>
      <w:r>
        <w:rPr>
          <w:rFonts w:ascii="Times New Roman" w:hAnsi="Times New Roman" w:eastAsia="Times New Roman"/>
          <w:b w:val="0"/>
          <w:color w:val="000000"/>
          <w:spacing w:val="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tempos</w:t>
      </w:r>
      <w:r>
        <w:rPr>
          <w:rFonts w:ascii="Arial" w:hAnsi="Arial" w:eastAsia="Arial"/>
          <w:b w:val="0"/>
          <w:i w:val="0"/>
          <w:color w:val="000000"/>
          <w:sz w:val="19"/>
        </w:rPr>
        <w:t>confirmados</w:t>
      </w:r>
      <w:r>
        <w:rPr>
          <w:rFonts w:ascii="Times New Roman" w:hAnsi="Times New Roman" w:eastAsia="Times New Roman"/>
          <w:b w:val="0"/>
          <w:color w:val="000000"/>
          <w:spacing w:val="-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pelo</w:t>
      </w:r>
    </w:p>
    <w:p>
      <w:pPr>
        <w:widowControl/>
        <w:wordWrap w:val="0"/>
        <w:autoSpaceDE w:val="0"/>
        <w:autoSpaceDN w:val="0"/>
        <w:spacing w:line="180" w:lineRule="exact" w:before="38" w:after="120"/>
        <w:ind w:left="18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Ordenador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Despesa</w:t>
      </w:r>
      <w:r>
        <w:rPr>
          <w:rFonts w:ascii="Arial" w:hAnsi="Arial" w:eastAsia="Arial"/>
          <w:b w:val="0"/>
          <w:i w:val="0"/>
          <w:color w:val="000000"/>
          <w:w w:val="99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pacing w:val="-1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nerando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dotações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orçalnentárias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</w:p>
    <w:p>
      <w:pPr>
        <w:widowControl/>
        <w:wordWrap w:val="0"/>
        <w:autoSpaceDE w:val="0"/>
        <w:autoSpaceDN w:val="0"/>
        <w:spacing w:line="180" w:lineRule="exact" w:before="240" w:after="30"/>
        <w:ind w:left="34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9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1480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Arial" w:hAnsi="Arial" w:eastAsia="Arial"/>
          <w:b w:val="0"/>
          <w:i w:val="0"/>
          <w:color w:val="000000"/>
          <w:sz w:val="18"/>
        </w:rPr>
        <w:t>08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pacing w:val="-50"/>
          <w:sz w:val="18"/>
        </w:rPr>
        <w:t>12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36500062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035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01</w:t>
      </w:r>
      <w:r>
        <w:rPr>
          <w:rFonts w:ascii="Times New Roman" w:hAnsi="Times New Roman" w:eastAsia="Times New Roman"/>
          <w:b w:val="0"/>
          <w:color w:val="000000"/>
          <w:spacing w:val="3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21</w:t>
      </w:r>
      <w:r>
        <w:rPr>
          <w:rFonts w:ascii="Arial" w:hAnsi="Arial" w:eastAsia="Arial"/>
          <w:b w:val="0"/>
          <w:i w:val="0"/>
          <w:color w:val="000000"/>
          <w:sz w:val="18"/>
        </w:rPr>
        <w:t>00000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335039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0005</w:t>
      </w:r>
    </w:p>
    <w:p>
      <w:pPr>
        <w:widowControl/>
        <w:wordWrap w:val="0"/>
        <w:autoSpaceDE w:val="0"/>
        <w:autoSpaceDN w:val="0"/>
        <w:spacing w:line="180" w:lineRule="exact" w:before="60" w:after="140"/>
        <w:ind w:left="34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9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482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Arial" w:hAnsi="Arial" w:eastAsia="Arial"/>
          <w:b w:val="0"/>
          <w:i w:val="0"/>
          <w:color w:val="000000"/>
          <w:sz w:val="18"/>
        </w:rPr>
        <w:t>08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1236500062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035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</w:t>
      </w:r>
      <w:r>
        <w:rPr>
          <w:rFonts w:ascii="Times New Roman" w:hAnsi="Times New Roman" w:eastAsia="Times New Roman"/>
          <w:b w:val="0"/>
          <w:color w:val="000000"/>
          <w:spacing w:val="4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2100000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445039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0005</w:t>
      </w:r>
    </w:p>
    <w:p>
      <w:pPr>
        <w:widowControl/>
        <w:wordWrap w:val="0"/>
        <w:autoSpaceDE w:val="0"/>
        <w:autoSpaceDN w:val="0"/>
        <w:spacing w:line="180" w:lineRule="exact" w:before="280" w:after="178"/>
        <w:ind w:left="18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rt</w:t>
      </w:r>
      <w:r>
        <w:rPr>
          <w:rFonts w:ascii="Arial" w:hAnsi="Arial" w:eastAsia="Arial"/>
          <w:b w:val="0"/>
          <w:i w:val="0"/>
          <w:color w:val="000000"/>
          <w:sz w:val="18"/>
        </w:rPr>
        <w:t>2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4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Pemlanecem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haiteradas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as</w:t>
      </w:r>
      <w:r>
        <w:rPr>
          <w:rFonts w:ascii="Arial" w:hAnsi="Arial" w:eastAsia="Arial"/>
          <w:b w:val="0"/>
          <w:i w:val="0"/>
          <w:color w:val="000000"/>
          <w:sz w:val="18"/>
        </w:rPr>
        <w:t>demais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cláusulas</w:t>
      </w:r>
    </w:p>
    <w:p>
      <w:pPr>
        <w:widowControl/>
        <w:wordWrap w:val="0"/>
        <w:autoSpaceDE w:val="0"/>
        <w:autoSpaceDN w:val="0"/>
        <w:spacing w:line="210" w:lineRule="exact" w:before="356" w:after="638"/>
        <w:ind w:left="43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pacing w:val="-12"/>
          <w:sz w:val="21"/>
        </w:rPr>
        <w:t>Guarulhose</w:t>
      </w:r>
      <w:r>
        <w:rPr>
          <w:rFonts w:ascii="Arial" w:hAnsi="Arial" w:eastAsia="Arial"/>
          <w:b w:val="0"/>
          <w:i w:val="0"/>
          <w:color w:val="000000"/>
          <w:sz w:val="21"/>
        </w:rPr>
        <w:t>,</w:t>
      </w:r>
      <w:r>
        <w:rPr>
          <w:rFonts w:ascii="Times New Roman" w:hAnsi="Times New Roman" w:eastAsia="Times New Roman"/>
          <w:b w:val="0"/>
          <w:color w:val="000000"/>
          <w:spacing w:val="-2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8"/>
          <w:sz w:val="21"/>
        </w:rPr>
        <w:t>m2</w:t>
      </w:r>
      <w:r>
        <w:rPr>
          <w:rFonts w:ascii="Times New Roman" w:hAnsi="Times New Roman" w:eastAsia="Times New Roman"/>
          <w:b w:val="0"/>
          <w:color w:val="000000"/>
          <w:spacing w:val="5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4</w:t>
      </w:r>
      <w:r>
        <w:rPr>
          <w:rFonts w:ascii="Times New Roman" w:hAnsi="Times New Roman" w:eastAsia="Times New Roman"/>
          <w:b w:val="0"/>
          <w:color w:val="000000"/>
          <w:spacing w:val="-2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21"/>
        </w:rPr>
        <w:t>dej</w:t>
      </w:r>
      <w:r>
        <w:rPr>
          <w:rFonts w:ascii="Times New Roman" w:hAnsi="Times New Roman" w:eastAsia="Times New Roman"/>
          <w:b w:val="0"/>
          <w:color w:val="000000"/>
          <w:spacing w:val="-1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a</w:t>
      </w:r>
    </w:p>
    <w:p>
      <w:pPr>
        <w:widowControl/>
        <w:wordWrap w:val="0"/>
        <w:autoSpaceDE w:val="0"/>
        <w:autoSpaceDN w:val="0"/>
        <w:spacing w:line="150" w:lineRule="exact" w:before="1277" w:after="107"/>
        <w:ind w:left="30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5"/>
        </w:rPr>
        <w:t>Secretário</w:t>
      </w:r>
      <w:r>
        <w:rPr>
          <w:rFonts w:ascii="Times New Roman" w:hAnsi="Times New Roman" w:eastAsia="Times New Roman"/>
          <w:b w:val="0"/>
          <w:color w:val="000000"/>
          <w:spacing w:val="59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Educação</w:t>
      </w:r>
    </w:p>
    <w:p>
      <w:pPr>
        <w:widowControl/>
        <w:wordWrap w:val="0"/>
        <w:autoSpaceDE w:val="0"/>
        <w:autoSpaceDN w:val="0"/>
        <w:spacing w:line="170" w:lineRule="exact" w:before="214" w:after="25"/>
        <w:ind w:left="71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CPF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-1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n</w:t>
      </w:r>
      <w:r>
        <w:rPr>
          <w:rFonts w:ascii="Arial" w:hAnsi="Arial" w:eastAsia="Arial"/>
          <w:b w:val="0"/>
          <w:i w:val="0"/>
          <w:color w:val="000000"/>
          <w:sz w:val="17"/>
        </w:rPr>
        <w:t>'</w:t>
      </w:r>
      <w:r>
        <w:rPr>
          <w:rFonts w:ascii="Times New Roman" w:hAnsi="Times New Roman" w:eastAsia="Times New Roman"/>
          <w:b w:val="0"/>
          <w:color w:val="000000"/>
          <w:spacing w:val="1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264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276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4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38</w:t>
      </w:r>
      <w:r>
        <w:rPr>
          <w:rFonts w:ascii="Arial" w:hAnsi="Arial" w:eastAsia="Arial"/>
          <w:b w:val="0"/>
          <w:i w:val="0"/>
          <w:color w:val="000000"/>
          <w:sz w:val="17"/>
        </w:rPr>
        <w:t>-</w:t>
      </w:r>
      <w:r>
        <w:rPr>
          <w:rFonts w:ascii="Arial" w:hAnsi="Arial" w:eastAsia="Arial"/>
          <w:b w:val="0"/>
          <w:i w:val="0"/>
          <w:color w:val="000000"/>
          <w:sz w:val="17"/>
        </w:rPr>
        <w:t>94</w:t>
      </w:r>
    </w:p>
    <w:p>
      <w:pPr>
        <w:widowControl/>
        <w:wordWrap w:val="0"/>
        <w:autoSpaceDE w:val="0"/>
        <w:autoSpaceDN w:val="0"/>
        <w:spacing w:line="170" w:lineRule="exact" w:before="50" w:after="0"/>
        <w:ind w:left="70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Associação</w:t>
      </w:r>
      <w:r>
        <w:rPr>
          <w:rFonts w:ascii="Times New Roman" w:hAnsi="Times New Roman" w:eastAsia="Times New Roman"/>
          <w:b w:val="0"/>
          <w:color w:val="000000"/>
          <w:spacing w:val="-1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SOS</w:t>
      </w:r>
      <w:r>
        <w:rPr>
          <w:rFonts w:ascii="Arial" w:hAnsi="Arial" w:eastAsia="Arial"/>
          <w:b w:val="0"/>
          <w:i w:val="0"/>
          <w:color w:val="000000"/>
          <w:sz w:val="17"/>
        </w:rPr>
        <w:t>Família</w:t>
      </w:r>
    </w:p>
    <w:sectPr w:rsidR="00FC693F" w:rsidRPr="0006063C" w:rsidSect="00034616">
      <w:pgSz w:w="11900" w:h="16840"/>
      <w:pgMar w:top="400" w:right="1370" w:bottom="642" w:left="580" w:header="720" w:footer="720" w:gutter="0"/>
      <w:cols w:space="720" w:num="1" w:equalWidth="0">
        <w:col w:w="9950" w:space="0"/>
        <w:col w:w="37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2025-05-14T00:11:32Z</dcterms:created>
  <dcterms:modified xsi:type="dcterms:W3CDTF">2025-05-14T00:11:32Z</dcterms:modified>
  <cp:category/>
</cp:coreProperties>
</file>